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40" w:before="0"/>
      </w:pPr>
      <w:r>
        <w:rPr>
          <w:b/>
          <w:i w:val="0"/>
          <w:color w:val="0E1A1E"/>
          <w:sz w:val="34"/>
        </w:rPr>
        <w:t>Modelos de carta de subida de precios a clientes</w:t>
      </w:r>
    </w:p>
    <w:p>
      <w:pPr>
        <w:pageBreakBefore w:val="0"/>
        <w:spacing w:after="200" w:before="0"/>
      </w:pPr>
      <w:r>
        <w:rPr>
          <w:b w:val="0"/>
          <w:i w:val="0"/>
          <w:color w:val="637371"/>
          <w:sz w:val="18"/>
        </w:rPr>
        <w:t>Cuatro modelos para tu distribuidora. Cada uno, en su página.</w:t>
      </w:r>
    </w:p>
    <w:tbl>
      <w:tblPr>
        <w:tblW w:type="dxa" w:w="9637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3628"/>
        <w:gridCol w:w="6009"/>
      </w:tblGrid>
      <w:tr>
        <w:tc>
          <w:tcPr>
            <w:tcW w:type="dxa" w:w="3628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9"/>
              </w:rPr>
              <w:t>Modelo</w:t>
            </w:r>
          </w:p>
        </w:tc>
        <w:tc>
          <w:tcPr>
            <w:tcW w:type="dxa" w:w="6009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9"/>
              </w:rPr>
              <w:t>Cuándo usarlo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1. Actualización anual de la tarifa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Subes toda la tarifa una vez al año, con o sin la inflación (el IPC) como referencia.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2. Subida de tus proveedores o de las materias primas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Te sube un fabricante o una materia prima, y subes solo esa familia de productos.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3. Subida del transporte y la energía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Te cuesta más repartir y conservar: el gasóleo de las furgonetas, la luz de las cámaras.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4. Aviso por WhatsApp o texto del email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Acompaña a la carta, nunca la sustituye: como aviso por WhatsApp o como texto del email con el que la mandas. Va de tú: lo manda el comercial que ya se tutea con el cliente.</w:t>
            </w:r>
          </w:p>
        </w:tc>
      </w:tr>
    </w:tbl>
    <w:p>
      <w:pPr>
        <w:pageBreakBefore w:val="0"/>
        <w:spacing w:after="80" w:before="240"/>
      </w:pPr>
      <w:r>
        <w:rPr>
          <w:b/>
          <w:i w:val="0"/>
          <w:color w:val="00854A"/>
          <w:sz w:val="23"/>
        </w:rPr>
        <w:t>Cómo usarlos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1. </w:t>
      </w:r>
      <w:r>
        <w:rPr>
          <w:b w:val="0"/>
          <w:i w:val="0"/>
          <w:color w:val="0E1A1E"/>
          <w:sz w:val="18"/>
        </w:rPr>
        <w:t>Elige el modelo que encaje con el motivo de tu subida.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2. </w:t>
      </w:r>
      <w:r>
        <w:rPr>
          <w:b w:val="0"/>
          <w:i w:val="0"/>
          <w:color w:val="0E1A1E"/>
          <w:sz w:val="18"/>
        </w:rPr>
        <w:t xml:space="preserve">Cambia lo que va entre corchetes y en amarillo por tus datos: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%…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3. </w:t>
      </w:r>
      <w:r>
        <w:rPr>
          <w:b w:val="0"/>
          <w:i w:val="0"/>
          <w:color w:val="0E1A1E"/>
          <w:sz w:val="18"/>
        </w:rPr>
        <w:t>Las frases con una nota en cursiva y entre paréntesis son opcionales. Deja las que te sirvan, sin la nota, y borra el resto.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4. </w:t>
      </w:r>
      <w:r>
        <w:rPr>
          <w:b w:val="0"/>
          <w:i w:val="0"/>
          <w:color w:val="0E1A1E"/>
          <w:sz w:val="18"/>
        </w:rPr>
        <w:t>Pon la fecha de efecto con la antelación que diga tu contrato. Si no habéis pactado nada, te recomendamos 30 días como mínimo.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5. </w:t>
      </w:r>
      <w:r>
        <w:rPr>
          <w:b w:val="0"/>
          <w:i w:val="0"/>
          <w:color w:val="0E1A1E"/>
          <w:sz w:val="18"/>
        </w:rPr>
        <w:t>Guarda la carta en PDF y mándala adjunta a un email, con la tarifa nueva, a quien lleva las compras o la administración del cliente. O imprímela y entrégala. Guarda el envío.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6. </w:t>
      </w:r>
      <w:r>
        <w:rPr>
          <w:b w:val="0"/>
          <w:i w:val="0"/>
          <w:color w:val="0E1A1E"/>
          <w:sz w:val="18"/>
        </w:rPr>
        <w:t>El modelo 4 solo acompaña a la carta: como aviso por WhatsApp o como texto del email. Nunca la sustituye.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7. </w:t>
      </w:r>
      <w:r>
        <w:rPr>
          <w:b w:val="0"/>
          <w:i w:val="0"/>
          <w:color w:val="0E1A1E"/>
          <w:sz w:val="18"/>
        </w:rPr>
        <w:t>Borra la línea gris de arriba de cada modelo antes de mandarlo.</w:t>
      </w:r>
    </w:p>
    <w:p>
      <w:pPr>
        <w:pageBreakBefore w:val="0"/>
        <w:spacing w:after="80" w:before="200"/>
      </w:pPr>
      <w:r>
        <w:rPr>
          <w:b/>
          <w:i w:val="0"/>
          <w:color w:val="00854A"/>
          <w:sz w:val="23"/>
        </w:rPr>
        <w:t>¿De usted o de tú?</w:t>
      </w:r>
    </w:p>
    <w:p>
      <w:pPr>
        <w:pageBreakBefore w:val="0"/>
        <w:spacing w:after="40" w:before="0"/>
      </w:pPr>
      <w:r>
        <w:rPr>
          <w:b w:val="0"/>
          <w:i w:val="0"/>
          <w:color w:val="0E1A1E"/>
          <w:sz w:val="18"/>
        </w:rPr>
        <w:t>Los modelos 1 a 3 van de usted: son la comunicación formal de tu empresa, y puede leerlos quien lleva las compras o la administración del cliente. El 4 va de tú, porque lo manda el comercial que ya se tutea con el cliente. Si os habláis de usted, cámbialo.</w:t>
      </w:r>
    </w:p>
    <w:p>
      <w:pPr>
        <w:pageBreakBefore w:val="0"/>
        <w:spacing w:after="80" w:before="200"/>
      </w:pPr>
      <w:r>
        <w:rPr>
          <w:b/>
          <w:i w:val="0"/>
          <w:color w:val="00854A"/>
          <w:sz w:val="23"/>
        </w:rPr>
        <w:t>Clientes con contrato o tarifa firmada</w:t>
      </w:r>
    </w:p>
    <w:p>
      <w:pPr>
        <w:pageBreakBefore w:val="0"/>
        <w:spacing w:after="40" w:before="0"/>
      </w:pPr>
      <w:r>
        <w:rPr>
          <w:b w:val="0"/>
          <w:i w:val="0"/>
          <w:color w:val="0E1A1E"/>
          <w:sz w:val="18"/>
        </w:rPr>
        <w:t>Si el cliente tiene contrato o tarifa firmada y la subida no sale de una cláusula de revisión, la carta es una propuesta. Usa las frases opcionales para cuando el cliente tiene que firmar y deja el recuadro «Conformidad del cliente». Hasta que lo firme, siguen los precios pactados. En alimentación y bebidas, con un contrato alimentario, la ley prohíbe cambiar el precio sin mutuo acuerdo (Ley 12/2013, art. 12.1). Según la AICA, el precio nuevo va firmado y solo vale para las entregas desde que se acuerda.</w:t>
      </w:r>
    </w:p>
    <w:p>
      <w:pPr>
        <w:pageBreakBefore w:val="0"/>
        <w:spacing w:after="0" w:before="560"/>
      </w:pPr>
      <w:r>
        <w:rPr>
          <w:b w:val="0"/>
          <w:i w:val="0"/>
          <w:color w:val="637371"/>
          <w:sz w:val="16"/>
        </w:rPr>
        <w:t>Plantilla gratuita de PeasyOrders · peasyorders.com · Comprobada el 5 de octubre de 2026.</w:t>
      </w:r>
    </w:p>
    <w:p>
      <w:pPr>
        <w:pageBreakBefore/>
        <w:spacing w:after="160" w:before="0"/>
      </w:pPr>
      <w:r>
        <w:rPr>
          <w:b/>
          <w:i w:val="0"/>
          <w:color w:val="00854A"/>
          <w:sz w:val="17"/>
        </w:rPr>
        <w:t>Modelo 1. Actualización anual de la tarifa</w:t>
      </w:r>
      <w:r>
        <w:rPr>
          <w:b w:val="0"/>
          <w:i w:val="0"/>
          <w:color w:val="637371"/>
          <w:sz w:val="17"/>
        </w:rPr>
        <w:t xml:space="preserve"> · Subes toda la tarifa una vez al año, con o sin la inflación (el IPC) como referencia.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40" w:before="0"/>
      </w:pPr>
      <w:r>
        <w:rPr>
          <w:b w:val="0"/>
          <w:i w:val="0"/>
          <w:color w:val="637371"/>
          <w:sz w:val="18"/>
          <w:highlight w:val="yellow"/>
        </w:rPr>
        <w:t>[Dirección]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[Teléfono]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o razón social del cliente]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</w:rPr>
        <w:t xml:space="preserve">A la atención de </w:t>
      </w: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[Dirección del cliente]</w:t>
      </w:r>
    </w:p>
    <w:p>
      <w:pPr>
        <w:pageBreakBefore w:val="0"/>
        <w:spacing w:after="200" w:before="200"/>
        <w:jc w:val="right"/>
      </w:pPr>
      <w:r>
        <w:rPr>
          <w:b w:val="0"/>
          <w:i w:val="0"/>
          <w:color w:val="0E1A1E"/>
          <w:sz w:val="18"/>
          <w:highlight w:val="yellow"/>
        </w:rPr>
        <w:t>[Ciudad]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[fecha de la carta]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Asunto: </w:t>
      </w:r>
      <w:r>
        <w:rPr>
          <w:b/>
          <w:i w:val="0"/>
          <w:color w:val="0E1A1E"/>
          <w:sz w:val="18"/>
        </w:rPr>
        <w:t xml:space="preserve">Nueva tarifa de precios desde el </w:t>
      </w:r>
      <w:r>
        <w:rPr>
          <w:b/>
          <w:i w:val="0"/>
          <w:color w:val="0E1A1E"/>
          <w:sz w:val="18"/>
          <w:highlight w:val="yellow"/>
        </w:rPr>
        <w:t>[fecha de efecto]</w:t>
      </w:r>
    </w:p>
    <w:p>
      <w:pPr>
        <w:pageBreakBefore w:val="0"/>
        <w:spacing w:after="160" w:before="0"/>
      </w:pPr>
      <w:r>
        <w:rPr>
          <w:b w:val="0"/>
          <w:i/>
          <w:color w:val="637371"/>
          <w:sz w:val="17"/>
        </w:rPr>
        <w:t xml:space="preserve">(Si tiene que firmar, en lugar del asunto anterior) </w:t>
      </w:r>
      <w:r>
        <w:rPr>
          <w:b/>
          <w:i w:val="0"/>
          <w:color w:val="0E1A1E"/>
          <w:sz w:val="18"/>
        </w:rPr>
        <w:t xml:space="preserve">Asunto: Propuesta de nuevos precios desde el </w:t>
      </w:r>
      <w:r>
        <w:rPr>
          <w:b/>
          <w:i w:val="0"/>
          <w:color w:val="0E1A1E"/>
          <w:sz w:val="18"/>
          <w:highlight w:val="yellow"/>
        </w:rPr>
        <w:t>[fecha de efecto]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Estimado/a </w:t>
      </w:r>
      <w:r>
        <w:rPr>
          <w:b w:val="0"/>
          <w:i w:val="0"/>
          <w:color w:val="0E1A1E"/>
          <w:sz w:val="18"/>
          <w:highlight w:val="yellow"/>
        </w:rPr>
        <w:t>[nombre]</w:t>
      </w:r>
      <w:r>
        <w:rPr>
          <w:b w:val="0"/>
          <w:i w:val="0"/>
          <w:color w:val="0E1A1E"/>
          <w:sz w:val="18"/>
        </w:rPr>
        <w:t>: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Le escribimos para informarle de nuestra nueva tarifa de precios.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La tarifa nueva se aplicará a los pedidos que recibamos a partir del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Los pedidos anteriores se servirán a los precios actuales, aunque se entreguen después.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 que firmar, en lugar del párrafo anterior) </w:t>
      </w:r>
      <w:r>
        <w:rPr>
          <w:b w:val="0"/>
          <w:i w:val="0"/>
          <w:color w:val="0E1A1E"/>
          <w:sz w:val="18"/>
        </w:rPr>
        <w:t xml:space="preserve">Le proponemos estos nuevos precios desde 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Si está de acuerdo, devuélvanos firmada la conformidad de abajo antes de esa fecha. Se aplicarán a las entregas desde ese día, o desde que recibamos su firma, si es posterior. Hasta entonces, seguimos con los precios pactados.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La subida media es del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cada familia sube distinto) </w:t>
      </w:r>
      <w:r>
        <w:rPr>
          <w:b w:val="0"/>
          <w:i w:val="0"/>
          <w:color w:val="0E1A1E"/>
          <w:sz w:val="18"/>
        </w:rPr>
        <w:t xml:space="preserve">Por familias: </w:t>
      </w:r>
      <w:r>
        <w:rPr>
          <w:b w:val="0"/>
          <w:i w:val="0"/>
          <w:color w:val="0E1A1E"/>
          <w:sz w:val="18"/>
          <w:highlight w:val="yellow"/>
        </w:rPr>
        <w:t>[cervezas]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%; </w:t>
      </w:r>
      <w:r>
        <w:rPr>
          <w:b w:val="0"/>
          <w:i w:val="0"/>
          <w:color w:val="0E1A1E"/>
          <w:sz w:val="18"/>
          <w:highlight w:val="yellow"/>
        </w:rPr>
        <w:t>[aguas y refrescos]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%; el resto,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citas el IPC) </w:t>
      </w:r>
      <w:r>
        <w:rPr>
          <w:b w:val="0"/>
          <w:i w:val="0"/>
          <w:color w:val="0E1A1E"/>
          <w:sz w:val="18"/>
        </w:rPr>
        <w:t xml:space="preserve">Como referencia, la variación anual del IPC de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 xml:space="preserve"> fue del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%, según el INE.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citas los sueldos) </w:t>
      </w:r>
      <w:r>
        <w:rPr>
          <w:b w:val="0"/>
          <w:i w:val="0"/>
          <w:color w:val="0E1A1E"/>
          <w:sz w:val="18"/>
        </w:rPr>
        <w:t xml:space="preserve">El convenio de </w:t>
      </w:r>
      <w:r>
        <w:rPr>
          <w:b w:val="0"/>
          <w:i w:val="0"/>
          <w:color w:val="0E1A1E"/>
          <w:sz w:val="18"/>
          <w:highlight w:val="yellow"/>
        </w:rPr>
        <w:t>[sector]</w:t>
      </w:r>
      <w:r>
        <w:rPr>
          <w:b w:val="0"/>
          <w:i w:val="0"/>
          <w:color w:val="0E1A1E"/>
          <w:sz w:val="18"/>
        </w:rPr>
        <w:t xml:space="preserve"> sube los sueldos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desde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aplicas la cláusula de revisión de su contrato) </w:t>
      </w:r>
      <w:r>
        <w:rPr>
          <w:b w:val="0"/>
          <w:i w:val="0"/>
          <w:color w:val="0E1A1E"/>
          <w:sz w:val="18"/>
        </w:rPr>
        <w:t xml:space="preserve">Aplicamos la actualización que prevé la cláusula </w:t>
      </w:r>
      <w:r>
        <w:rPr>
          <w:b w:val="0"/>
          <w:i w:val="0"/>
          <w:color w:val="0E1A1E"/>
          <w:sz w:val="18"/>
          <w:highlight w:val="yellow"/>
        </w:rPr>
        <w:t>[número]</w:t>
      </w:r>
      <w:r>
        <w:rPr>
          <w:b w:val="0"/>
          <w:i w:val="0"/>
          <w:color w:val="0E1A1E"/>
          <w:sz w:val="18"/>
        </w:rPr>
        <w:t xml:space="preserve"> de nuestro contrato de </w:t>
      </w:r>
      <w:r>
        <w:rPr>
          <w:b w:val="0"/>
          <w:i w:val="0"/>
          <w:color w:val="0E1A1E"/>
          <w:sz w:val="18"/>
          <w:highlight w:val="yellow"/>
        </w:rPr>
        <w:t>[fecha del contrato]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no citas el IPC, los sueldos ni una cláusula) </w:t>
      </w:r>
      <w:r>
        <w:rPr>
          <w:b w:val="0"/>
          <w:i w:val="0"/>
          <w:color w:val="0E1A1E"/>
          <w:sz w:val="18"/>
        </w:rPr>
        <w:t xml:space="preserve">El motivo es </w:t>
      </w:r>
      <w:r>
        <w:rPr>
          <w:b w:val="0"/>
          <w:i w:val="0"/>
          <w:color w:val="0E1A1E"/>
          <w:sz w:val="18"/>
          <w:highlight w:val="yellow"/>
        </w:rPr>
        <w:t>[la subida de nuestros costes en 2026: proveedores, transporte y sueldos]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Le adjuntamos la tarifa nueva, con el precio de cada artículo, sin IVA. Todo lo demás sigue igual: </w:t>
      </w:r>
      <w:r>
        <w:rPr>
          <w:b w:val="0"/>
          <w:i w:val="0"/>
          <w:color w:val="0E1A1E"/>
          <w:sz w:val="18"/>
          <w:highlight w:val="yellow"/>
        </w:rPr>
        <w:t>[días de reparto, hora límite de pedido y forma de pago]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el cliente tiene descuentos propios) </w:t>
      </w:r>
      <w:r>
        <w:rPr>
          <w:b w:val="0"/>
          <w:i w:val="0"/>
          <w:color w:val="0E1A1E"/>
          <w:sz w:val="18"/>
        </w:rPr>
        <w:t>Sus descuentos actuales se mantienen sobre la tarifa nueva.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Si tiene cualquier duda, llámenos al </w:t>
      </w:r>
      <w:r>
        <w:rPr>
          <w:b w:val="0"/>
          <w:i w:val="0"/>
          <w:color w:val="0E1A1E"/>
          <w:sz w:val="18"/>
          <w:highlight w:val="yellow"/>
        </w:rPr>
        <w:t>[teléfono]</w:t>
      </w:r>
      <w:r>
        <w:rPr>
          <w:b w:val="0"/>
          <w:i w:val="0"/>
          <w:color w:val="0E1A1E"/>
          <w:sz w:val="18"/>
        </w:rPr>
        <w:t xml:space="preserve"> o escríbanos a </w:t>
      </w:r>
      <w:r>
        <w:rPr>
          <w:b w:val="0"/>
          <w:i w:val="0"/>
          <w:color w:val="0E1A1E"/>
          <w:sz w:val="18"/>
          <w:highlight w:val="yellow"/>
        </w:rPr>
        <w:t>[email]</w:t>
      </w:r>
      <w:r>
        <w:rPr>
          <w:b w:val="0"/>
          <w:i w:val="0"/>
          <w:color w:val="0E1A1E"/>
          <w:sz w:val="18"/>
        </w:rPr>
        <w:t xml:space="preserve">. </w:t>
      </w:r>
      <w:r>
        <w:rPr>
          <w:b w:val="0"/>
          <w:i w:val="0"/>
          <w:color w:val="0E1A1E"/>
          <w:sz w:val="18"/>
          <w:highlight w:val="yellow"/>
        </w:rPr>
        <w:t>[Nombre del comercial]</w:t>
      </w:r>
      <w:r>
        <w:rPr>
          <w:b w:val="0"/>
          <w:i w:val="0"/>
          <w:color w:val="0E1A1E"/>
          <w:sz w:val="18"/>
        </w:rPr>
        <w:t xml:space="preserve"> puede revisar la tarifa con usted en su próxima visita.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Le agradecemos su confianza.</w:t>
      </w:r>
    </w:p>
    <w:p>
      <w:pPr>
        <w:pageBreakBefore w:val="0"/>
        <w:spacing w:after="280" w:before="80"/>
      </w:pPr>
      <w:r>
        <w:rPr>
          <w:b w:val="0"/>
          <w:i w:val="0"/>
          <w:color w:val="0E1A1E"/>
          <w:sz w:val="18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[Cargo]</w:t>
      </w:r>
      <w:r>
        <w:rPr>
          <w:b w:val="0"/>
          <w:i w:val="0"/>
          <w:color w:val="0E1A1E"/>
          <w:sz w:val="18"/>
        </w:rPr>
        <w:t xml:space="preserve"> · </w:t>
      </w:r>
      <w:r>
        <w:rPr>
          <w:b w:val="0"/>
          <w:i w:val="0"/>
          <w:color w:val="0E1A1E"/>
          <w:sz w:val="18"/>
          <w:highlight w:val="yellow"/>
        </w:rPr>
        <w:t>[Tu distribuidora]</w:t>
      </w:r>
    </w:p>
    <w:p>
      <w:pPr>
        <w:pageBreakBefore w:val="0"/>
        <w:spacing w:after="40" w:before="160"/>
      </w:pPr>
      <w:r>
        <w:rPr>
          <w:b w:val="0"/>
          <w:i w:val="0"/>
          <w:color w:val="637371"/>
          <w:sz w:val="18"/>
        </w:rPr>
        <w:t xml:space="preserve">Adjunto: tarifa de precios válida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p>
      <w:pPr>
        <w:pageBreakBefore w:val="0"/>
        <w:spacing w:after="200" w:before="0"/>
      </w:pPr>
      <w:r>
        <w:rPr>
          <w:b w:val="0"/>
          <w:i/>
          <w:color w:val="637371"/>
          <w:sz w:val="17"/>
        </w:rPr>
        <w:t xml:space="preserve">(Si tiene que firmar, en lugar de la línea anterior) </w:t>
      </w:r>
      <w:r>
        <w:rPr>
          <w:b w:val="0"/>
          <w:i w:val="0"/>
          <w:color w:val="637371"/>
          <w:sz w:val="18"/>
        </w:rPr>
        <w:t xml:space="preserve">Adjunto: tarifa de precios propuesta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tbl>
      <w:tblPr>
        <w:tblW w:type="dxa" w:w="9638"/>
        <w:jc w:val="center"/>
        <w:tblBorders>
          <w:top w:val="single" w:sz="4" w:color="9AA7A4"/>
          <w:left w:val="single" w:sz="4" w:color="9AA7A4"/>
          <w:bottom w:val="single" w:sz="4" w:color="9AA7A4"/>
          <w:right w:val="single" w:sz="4" w:color="9AA7A4"/>
          <w:insideH w:val="single" w:sz="4" w:color="9AA7A4"/>
          <w:insideV w:val="single" w:sz="4" w:color="9AA7A4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345"/>
        <w:gridCol w:w="2098"/>
      </w:tblGrid>
      <w:tr>
        <w:tc>
          <w:tcPr>
            <w:tcW w:type="dxa" w:w="9638"/>
            <w:gridSpan w:val="3"/>
          </w:tcPr>
          <w:p>
            <w:r/>
            <w:r>
              <w:rPr>
                <w:b/>
                <w:i w:val="0"/>
                <w:color w:val="0E1A1E"/>
                <w:sz w:val="20"/>
              </w:rPr>
              <w:t>Conformidad del cliente</w:t>
            </w:r>
            <w:r>
              <w:rPr>
                <w:b w:val="0"/>
                <w:i/>
                <w:color w:val="637371"/>
                <w:sz w:val="17"/>
              </w:rPr>
              <w:t xml:space="preserve">   Solo si el cliente tiene contrato o tarifa firmada y la subida no sale de una cláusula de revisión. Si no, borra este recuadro.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9"/>
                <w:highlight w:val="yellow"/>
              </w:rPr>
              <w:t>[Nombre o razón social del cliente]</w:t>
            </w:r>
            <w:r>
              <w:rPr>
                <w:b w:val="0"/>
                <w:i w:val="0"/>
                <w:color w:val="0E1A1E"/>
                <w:sz w:val="19"/>
              </w:rPr>
              <w:t xml:space="preserve">, con NIF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[NIF]</w:t>
            </w:r>
            <w:r>
              <w:rPr>
                <w:b w:val="0"/>
                <w:i w:val="0"/>
                <w:color w:val="0E1A1E"/>
                <w:sz w:val="19"/>
              </w:rPr>
              <w:t xml:space="preserve">, acepta los cambios de esta carta. Se aplicarán a las entregas a partir del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9"/>
              </w:rPr>
              <w:t xml:space="preserve">, o desde que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[tu distribuidora]</w:t>
            </w:r>
            <w:r>
              <w:rPr>
                <w:b w:val="0"/>
                <w:i w:val="0"/>
                <w:color w:val="0E1A1E"/>
                <w:sz w:val="19"/>
              </w:rPr>
              <w:t xml:space="preserve"> reciba esta conformidad firmada, si es posterior.</w:t>
            </w:r>
          </w:p>
        </w:tc>
      </w:tr>
      <w:tr>
        <w:trPr>
          <w:trHeight w:val="680" w:hRule="atLeast"/>
        </w:trPr>
        <w:tc>
          <w:tcPr>
            <w:tcW w:type="dxa" w:w="419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Nombre y cargo de quien firma: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Firma: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Fecha: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8"/>
              </w:rPr>
              <w:t xml:space="preserve">Por favor, devuélvanos una copia firmada, por email a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[email]</w:t>
            </w:r>
            <w:r>
              <w:rPr>
                <w:b w:val="0"/>
                <w:i w:val="0"/>
                <w:color w:val="0E1A1E"/>
                <w:sz w:val="18"/>
              </w:rPr>
              <w:t xml:space="preserve">, antes del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</w:tc>
      </w:tr>
    </w:tbl>
    <w:p>
      <w:pPr>
        <w:pageBreakBefore/>
        <w:spacing w:after="160" w:before="0"/>
      </w:pPr>
      <w:r>
        <w:rPr>
          <w:b/>
          <w:i w:val="0"/>
          <w:color w:val="00854A"/>
          <w:sz w:val="17"/>
        </w:rPr>
        <w:t>Modelo 2. Subida de tus proveedores o de las materias primas</w:t>
      </w:r>
      <w:r>
        <w:rPr>
          <w:b w:val="0"/>
          <w:i w:val="0"/>
          <w:color w:val="637371"/>
          <w:sz w:val="17"/>
        </w:rPr>
        <w:t xml:space="preserve"> · Te sube un fabricante o una materia prima, y subes solo esa familia de productos.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40" w:before="0"/>
      </w:pPr>
      <w:r>
        <w:rPr>
          <w:b w:val="0"/>
          <w:i w:val="0"/>
          <w:color w:val="637371"/>
          <w:sz w:val="18"/>
          <w:highlight w:val="yellow"/>
        </w:rPr>
        <w:t>[Dirección]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[Teléfono]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o razón social del cliente]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</w:rPr>
        <w:t xml:space="preserve">A la atención de </w:t>
      </w: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[Dirección del cliente]</w:t>
      </w:r>
    </w:p>
    <w:p>
      <w:pPr>
        <w:pageBreakBefore w:val="0"/>
        <w:spacing w:after="200" w:before="200"/>
        <w:jc w:val="right"/>
      </w:pPr>
      <w:r>
        <w:rPr>
          <w:b w:val="0"/>
          <w:i w:val="0"/>
          <w:color w:val="0E1A1E"/>
          <w:sz w:val="18"/>
          <w:highlight w:val="yellow"/>
        </w:rPr>
        <w:t>[Ciudad]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[fecha de la carta]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18"/>
        </w:rPr>
        <w:t xml:space="preserve">Asunto: </w:t>
      </w:r>
      <w:r>
        <w:rPr>
          <w:b/>
          <w:i w:val="0"/>
          <w:color w:val="0E1A1E"/>
          <w:sz w:val="18"/>
        </w:rPr>
        <w:t xml:space="preserve">Nuevos precios de </w:t>
      </w:r>
      <w:r>
        <w:rPr>
          <w:b/>
          <w:i w:val="0"/>
          <w:color w:val="0E1A1E"/>
          <w:sz w:val="18"/>
          <w:highlight w:val="yellow"/>
        </w:rPr>
        <w:t>[familia de productos]</w:t>
      </w:r>
      <w:r>
        <w:rPr>
          <w:b/>
          <w:i w:val="0"/>
          <w:color w:val="0E1A1E"/>
          <w:sz w:val="18"/>
        </w:rPr>
        <w:t xml:space="preserve"> desde el </w:t>
      </w:r>
      <w:r>
        <w:rPr>
          <w:b/>
          <w:i w:val="0"/>
          <w:color w:val="0E1A1E"/>
          <w:sz w:val="18"/>
          <w:highlight w:val="yellow"/>
        </w:rPr>
        <w:t>[fecha de efecto]</w:t>
      </w:r>
    </w:p>
    <w:p>
      <w:pPr>
        <w:pageBreakBefore w:val="0"/>
        <w:spacing w:after="160" w:before="0"/>
      </w:pPr>
      <w:r>
        <w:rPr>
          <w:b w:val="0"/>
          <w:i/>
          <w:color w:val="637371"/>
          <w:sz w:val="17"/>
        </w:rPr>
        <w:t xml:space="preserve">(Si tiene que firmar, en lugar del asunto anterior) </w:t>
      </w:r>
      <w:r>
        <w:rPr>
          <w:b/>
          <w:i w:val="0"/>
          <w:color w:val="0E1A1E"/>
          <w:sz w:val="18"/>
        </w:rPr>
        <w:t xml:space="preserve">Asunto: Propuesta de nuevos precios desde el </w:t>
      </w:r>
      <w:r>
        <w:rPr>
          <w:b/>
          <w:i w:val="0"/>
          <w:color w:val="0E1A1E"/>
          <w:sz w:val="18"/>
          <w:highlight w:val="yellow"/>
        </w:rPr>
        <w:t>[fecha de efecto]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Estimado/a </w:t>
      </w:r>
      <w:r>
        <w:rPr>
          <w:b w:val="0"/>
          <w:i w:val="0"/>
          <w:color w:val="0E1A1E"/>
          <w:sz w:val="18"/>
          <w:highlight w:val="yellow"/>
        </w:rPr>
        <w:t>[nombre]</w:t>
      </w:r>
      <w:r>
        <w:rPr>
          <w:b w:val="0"/>
          <w:i w:val="0"/>
          <w:color w:val="0E1A1E"/>
          <w:sz w:val="18"/>
        </w:rPr>
        <w:t>: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Le escribimos para avisarle de un cambio de precios en </w:t>
      </w:r>
      <w:r>
        <w:rPr>
          <w:b w:val="0"/>
          <w:i w:val="0"/>
          <w:color w:val="0E1A1E"/>
          <w:sz w:val="18"/>
          <w:highlight w:val="yellow"/>
        </w:rPr>
        <w:t>[familia de productos: cervezas, conservas, productos de limpieza…]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  <w:highlight w:val="yellow"/>
        </w:rPr>
        <w:t>[Nuestro proveedor de cervezas]</w:t>
      </w:r>
      <w:r>
        <w:rPr>
          <w:b w:val="0"/>
          <w:i w:val="0"/>
          <w:color w:val="0E1A1E"/>
          <w:sz w:val="18"/>
        </w:rPr>
        <w:t xml:space="preserve"> nos ha comunicado una subida del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desde el </w:t>
      </w:r>
      <w:r>
        <w:rPr>
          <w:b w:val="0"/>
          <w:i w:val="0"/>
          <w:color w:val="0E1A1E"/>
          <w:sz w:val="18"/>
          <w:highlight w:val="yellow"/>
        </w:rPr>
        <w:t>[fecha de la subida del proveedor]</w:t>
      </w:r>
      <w:r>
        <w:rPr>
          <w:b w:val="0"/>
          <w:i w:val="0"/>
          <w:color w:val="0E1A1E"/>
          <w:sz w:val="18"/>
        </w:rPr>
        <w:t xml:space="preserve">. El motivo es </w:t>
      </w:r>
      <w:r>
        <w:rPr>
          <w:b w:val="0"/>
          <w:i w:val="0"/>
          <w:color w:val="0E1A1E"/>
          <w:sz w:val="18"/>
          <w:highlight w:val="yellow"/>
        </w:rPr>
        <w:t>[la subida de la materia prima: el cereal, el aluminio de las latas…]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subes menos de lo que te ha subido tu proveedor) </w:t>
      </w:r>
      <w:r>
        <w:rPr>
          <w:b w:val="0"/>
          <w:i w:val="0"/>
          <w:color w:val="0E1A1E"/>
          <w:sz w:val="18"/>
        </w:rPr>
        <w:t>Hemos asumido una parte de esa subida.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Por eso, los precios de </w:t>
      </w:r>
      <w:r>
        <w:rPr>
          <w:b w:val="0"/>
          <w:i w:val="0"/>
          <w:color w:val="0E1A1E"/>
          <w:sz w:val="18"/>
          <w:highlight w:val="yellow"/>
        </w:rPr>
        <w:t>[familia de productos]</w:t>
      </w:r>
      <w:r>
        <w:rPr>
          <w:b w:val="0"/>
          <w:i w:val="0"/>
          <w:color w:val="0E1A1E"/>
          <w:sz w:val="18"/>
        </w:rPr>
        <w:t xml:space="preserve"> suben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de media. El resto de nuestra tarifa no cambia.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 que firmar, en lugar del párrafo anterior) </w:t>
      </w:r>
      <w:r>
        <w:rPr>
          <w:b w:val="0"/>
          <w:i w:val="0"/>
          <w:color w:val="0E1A1E"/>
          <w:sz w:val="18"/>
        </w:rPr>
        <w:t xml:space="preserve">Por eso, le proponemos subir los precios de </w:t>
      </w:r>
      <w:r>
        <w:rPr>
          <w:b w:val="0"/>
          <w:i w:val="0"/>
          <w:color w:val="0E1A1E"/>
          <w:sz w:val="18"/>
          <w:highlight w:val="yellow"/>
        </w:rPr>
        <w:t>[familia de productos]</w:t>
      </w:r>
      <w:r>
        <w:rPr>
          <w:b w:val="0"/>
          <w:i w:val="0"/>
          <w:color w:val="0E1A1E"/>
          <w:sz w:val="18"/>
        </w:rPr>
        <w:t xml:space="preserve">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de media. El resto de nuestra tarifa no cambia.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Los nuevos precios se aplicarán a los pedidos que recibamos a partir del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Los anteriores se servirán a los precios actuales, aunque se entreguen después.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 que firmar, en lugar del párrafo anterior) </w:t>
      </w:r>
      <w:r>
        <w:rPr>
          <w:b w:val="0"/>
          <w:i w:val="0"/>
          <w:color w:val="0E1A1E"/>
          <w:sz w:val="18"/>
        </w:rPr>
        <w:t xml:space="preserve">Le proponemos estos nuevos precios desde 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Si está de acuerdo, devuélvanos firmada la conformidad de abajo antes de esa fecha. Se aplicarán a las entregas desde ese día, o desde que recibamos su firma, si es posterior. Hasta entonces, seguimos con los precios pactados.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Le adjuntamos la tarifa con el precio nuevo de cada artículo, sin IVA.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el cliente tiene descuentos propios) </w:t>
      </w:r>
      <w:r>
        <w:rPr>
          <w:b w:val="0"/>
          <w:i w:val="0"/>
          <w:color w:val="0E1A1E"/>
          <w:sz w:val="18"/>
        </w:rPr>
        <w:t>Sus descuentos actuales se mantienen sobre la tarifa nueva.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Si tiene cualquier duda, llámenos al </w:t>
      </w:r>
      <w:r>
        <w:rPr>
          <w:b w:val="0"/>
          <w:i w:val="0"/>
          <w:color w:val="0E1A1E"/>
          <w:sz w:val="18"/>
          <w:highlight w:val="yellow"/>
        </w:rPr>
        <w:t>[teléfono]</w:t>
      </w:r>
      <w:r>
        <w:rPr>
          <w:b w:val="0"/>
          <w:i w:val="0"/>
          <w:color w:val="0E1A1E"/>
          <w:sz w:val="18"/>
        </w:rPr>
        <w:t xml:space="preserve"> o escríbanos a </w:t>
      </w:r>
      <w:r>
        <w:rPr>
          <w:b w:val="0"/>
          <w:i w:val="0"/>
          <w:color w:val="0E1A1E"/>
          <w:sz w:val="18"/>
          <w:highlight w:val="yellow"/>
        </w:rPr>
        <w:t>[email]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Gracias por su comprensión y por su confianza.</w:t>
      </w:r>
    </w:p>
    <w:p>
      <w:pPr>
        <w:pageBreakBefore w:val="0"/>
        <w:spacing w:after="280" w:before="80"/>
      </w:pPr>
      <w:r>
        <w:rPr>
          <w:b w:val="0"/>
          <w:i w:val="0"/>
          <w:color w:val="0E1A1E"/>
          <w:sz w:val="18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[Cargo]</w:t>
      </w:r>
      <w:r>
        <w:rPr>
          <w:b w:val="0"/>
          <w:i w:val="0"/>
          <w:color w:val="0E1A1E"/>
          <w:sz w:val="18"/>
        </w:rPr>
        <w:t xml:space="preserve"> · </w:t>
      </w:r>
      <w:r>
        <w:rPr>
          <w:b w:val="0"/>
          <w:i w:val="0"/>
          <w:color w:val="0E1A1E"/>
          <w:sz w:val="18"/>
          <w:highlight w:val="yellow"/>
        </w:rPr>
        <w:t>[Tu distribuidora]</w:t>
      </w:r>
    </w:p>
    <w:p>
      <w:pPr>
        <w:pageBreakBefore w:val="0"/>
        <w:spacing w:after="40" w:before="160"/>
      </w:pPr>
      <w:r>
        <w:rPr>
          <w:b w:val="0"/>
          <w:i w:val="0"/>
          <w:color w:val="637371"/>
          <w:sz w:val="18"/>
        </w:rPr>
        <w:t xml:space="preserve">Adjunto: tarifa de precios de </w:t>
      </w:r>
      <w:r>
        <w:rPr>
          <w:b w:val="0"/>
          <w:i w:val="0"/>
          <w:color w:val="637371"/>
          <w:sz w:val="18"/>
          <w:highlight w:val="yellow"/>
        </w:rPr>
        <w:t>[familia de productos]</w:t>
      </w:r>
      <w:r>
        <w:rPr>
          <w:b w:val="0"/>
          <w:i w:val="0"/>
          <w:color w:val="637371"/>
          <w:sz w:val="18"/>
        </w:rPr>
        <w:t xml:space="preserve"> válida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p>
      <w:pPr>
        <w:pageBreakBefore w:val="0"/>
        <w:spacing w:after="200" w:before="0"/>
      </w:pPr>
      <w:r>
        <w:rPr>
          <w:b w:val="0"/>
          <w:i/>
          <w:color w:val="637371"/>
          <w:sz w:val="17"/>
        </w:rPr>
        <w:t xml:space="preserve">(Si tiene que firmar, en lugar de la línea anterior) </w:t>
      </w:r>
      <w:r>
        <w:rPr>
          <w:b w:val="0"/>
          <w:i w:val="0"/>
          <w:color w:val="637371"/>
          <w:sz w:val="18"/>
        </w:rPr>
        <w:t xml:space="preserve">Adjunto: tarifa de precios de </w:t>
      </w:r>
      <w:r>
        <w:rPr>
          <w:b w:val="0"/>
          <w:i w:val="0"/>
          <w:color w:val="637371"/>
          <w:sz w:val="18"/>
          <w:highlight w:val="yellow"/>
        </w:rPr>
        <w:t>[familia de productos]</w:t>
      </w:r>
      <w:r>
        <w:rPr>
          <w:b w:val="0"/>
          <w:i w:val="0"/>
          <w:color w:val="637371"/>
          <w:sz w:val="18"/>
        </w:rPr>
        <w:t xml:space="preserve"> propuesta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tbl>
      <w:tblPr>
        <w:tblW w:type="dxa" w:w="9638"/>
        <w:jc w:val="center"/>
        <w:tblBorders>
          <w:top w:val="single" w:sz="4" w:color="9AA7A4"/>
          <w:left w:val="single" w:sz="4" w:color="9AA7A4"/>
          <w:bottom w:val="single" w:sz="4" w:color="9AA7A4"/>
          <w:right w:val="single" w:sz="4" w:color="9AA7A4"/>
          <w:insideH w:val="single" w:sz="4" w:color="9AA7A4"/>
          <w:insideV w:val="single" w:sz="4" w:color="9AA7A4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345"/>
        <w:gridCol w:w="2098"/>
      </w:tblGrid>
      <w:tr>
        <w:tc>
          <w:tcPr>
            <w:tcW w:type="dxa" w:w="9638"/>
            <w:gridSpan w:val="3"/>
          </w:tcPr>
          <w:p>
            <w:r/>
            <w:r>
              <w:rPr>
                <w:b/>
                <w:i w:val="0"/>
                <w:color w:val="0E1A1E"/>
                <w:sz w:val="20"/>
              </w:rPr>
              <w:t>Conformidad del cliente</w:t>
            </w:r>
            <w:r>
              <w:rPr>
                <w:b w:val="0"/>
                <w:i/>
                <w:color w:val="637371"/>
                <w:sz w:val="17"/>
              </w:rPr>
              <w:t xml:space="preserve">   Solo si el cliente tiene contrato o tarifa firmada y la subida no sale de una cláusula de revisión. Si no, borra este recuadro.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9"/>
                <w:highlight w:val="yellow"/>
              </w:rPr>
              <w:t>[Nombre o razón social del cliente]</w:t>
            </w:r>
            <w:r>
              <w:rPr>
                <w:b w:val="0"/>
                <w:i w:val="0"/>
                <w:color w:val="0E1A1E"/>
                <w:sz w:val="19"/>
              </w:rPr>
              <w:t xml:space="preserve">, con NIF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[NIF]</w:t>
            </w:r>
            <w:r>
              <w:rPr>
                <w:b w:val="0"/>
                <w:i w:val="0"/>
                <w:color w:val="0E1A1E"/>
                <w:sz w:val="19"/>
              </w:rPr>
              <w:t xml:space="preserve">, acepta los cambios de esta carta. Se aplicarán a las entregas a partir del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9"/>
              </w:rPr>
              <w:t xml:space="preserve">, o desde que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[tu distribuidora]</w:t>
            </w:r>
            <w:r>
              <w:rPr>
                <w:b w:val="0"/>
                <w:i w:val="0"/>
                <w:color w:val="0E1A1E"/>
                <w:sz w:val="19"/>
              </w:rPr>
              <w:t xml:space="preserve"> reciba esta conformidad firmada, si es posterior.</w:t>
            </w:r>
          </w:p>
        </w:tc>
      </w:tr>
      <w:tr>
        <w:trPr>
          <w:trHeight w:val="680" w:hRule="atLeast"/>
        </w:trPr>
        <w:tc>
          <w:tcPr>
            <w:tcW w:type="dxa" w:w="419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Nombre y cargo de quien firma: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Firma: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Fecha: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8"/>
              </w:rPr>
              <w:t xml:space="preserve">Por favor, devuélvanos una copia firmada, por email a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[email]</w:t>
            </w:r>
            <w:r>
              <w:rPr>
                <w:b w:val="0"/>
                <w:i w:val="0"/>
                <w:color w:val="0E1A1E"/>
                <w:sz w:val="18"/>
              </w:rPr>
              <w:t xml:space="preserve">, antes del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</w:tc>
      </w:tr>
    </w:tbl>
    <w:p>
      <w:pPr>
        <w:pageBreakBefore/>
        <w:spacing w:after="160" w:before="0"/>
      </w:pPr>
      <w:r>
        <w:rPr>
          <w:b/>
          <w:i w:val="0"/>
          <w:color w:val="00854A"/>
          <w:sz w:val="17"/>
        </w:rPr>
        <w:t>Modelo 3. Subida del transporte y la energía</w:t>
      </w:r>
      <w:r>
        <w:rPr>
          <w:b w:val="0"/>
          <w:i w:val="0"/>
          <w:color w:val="637371"/>
          <w:sz w:val="17"/>
        </w:rPr>
        <w:t xml:space="preserve"> · Te cuesta más repartir y conservar: el gasóleo de las furgonetas, la luz de las cámaras. Ojo: En alimentación, con contrato alimentario, trata los portes nuevos como un cambio de lo pactado: pide su firma y revísalo antes con tu asesor.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40" w:before="0"/>
      </w:pPr>
      <w:r>
        <w:rPr>
          <w:b w:val="0"/>
          <w:i w:val="0"/>
          <w:color w:val="637371"/>
          <w:sz w:val="18"/>
          <w:highlight w:val="yellow"/>
        </w:rPr>
        <w:t>[Dirección]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[Teléfono]</w:t>
      </w:r>
      <w:r>
        <w:rPr>
          <w:b w:val="0"/>
          <w:i w:val="0"/>
          <w:color w:val="637371"/>
          <w:sz w:val="18"/>
        </w:rPr>
        <w:t xml:space="preserve"> · </w:t>
      </w:r>
      <w:r>
        <w:rPr>
          <w:b w:val="0"/>
          <w:i w:val="0"/>
          <w:color w:val="637371"/>
          <w:sz w:val="18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o razón social del cliente]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</w:rPr>
        <w:t xml:space="preserve">A la atención de </w:t>
      </w: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[Dirección del cliente]</w:t>
      </w:r>
    </w:p>
    <w:p>
      <w:pPr>
        <w:pageBreakBefore w:val="0"/>
        <w:spacing w:after="200" w:before="200"/>
        <w:jc w:val="right"/>
      </w:pPr>
      <w:r>
        <w:rPr>
          <w:b w:val="0"/>
          <w:i w:val="0"/>
          <w:color w:val="0E1A1E"/>
          <w:sz w:val="18"/>
          <w:highlight w:val="yellow"/>
        </w:rPr>
        <w:t>[Ciudad]</w:t>
      </w:r>
      <w:r>
        <w:rPr>
          <w:b w:val="0"/>
          <w:i w:val="0"/>
          <w:color w:val="0E1A1E"/>
          <w:sz w:val="18"/>
        </w:rPr>
        <w:t xml:space="preserve">, </w:t>
      </w:r>
      <w:r>
        <w:rPr>
          <w:b w:val="0"/>
          <w:i w:val="0"/>
          <w:color w:val="0E1A1E"/>
          <w:sz w:val="18"/>
          <w:highlight w:val="yellow"/>
        </w:rPr>
        <w:t>[fecha de la carta]</w:t>
      </w:r>
    </w:p>
    <w:p>
      <w:pPr>
        <w:pageBreakBefore w:val="0"/>
        <w:spacing w:after="160" w:before="0"/>
      </w:pPr>
      <w:r>
        <w:rPr>
          <w:b/>
          <w:i w:val="0"/>
          <w:color w:val="0E1A1E"/>
          <w:sz w:val="18"/>
        </w:rPr>
        <w:t xml:space="preserve">Asunto: </w:t>
      </w:r>
      <w:r>
        <w:rPr>
          <w:b/>
          <w:i w:val="0"/>
          <w:color w:val="0E1A1E"/>
          <w:sz w:val="18"/>
        </w:rPr>
        <w:t>Actualización de precios por el coste del transporte y la energía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Estimado/a </w:t>
      </w:r>
      <w:r>
        <w:rPr>
          <w:b w:val="0"/>
          <w:i w:val="0"/>
          <w:color w:val="0E1A1E"/>
          <w:sz w:val="18"/>
          <w:highlight w:val="yellow"/>
        </w:rPr>
        <w:t>[nombre]</w:t>
      </w:r>
      <w:r>
        <w:rPr>
          <w:b w:val="0"/>
          <w:i w:val="0"/>
          <w:color w:val="0E1A1E"/>
          <w:sz w:val="18"/>
        </w:rPr>
        <w:t>: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Le escribimos porque en los últimos meses han subido nuestros costes de reparto y de almacén.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el gasóleo es tu motivo; el dato, de tus facturas) </w:t>
      </w:r>
      <w:r>
        <w:rPr>
          <w:b w:val="0"/>
          <w:i w:val="0"/>
          <w:color w:val="0E1A1E"/>
          <w:sz w:val="18"/>
        </w:rPr>
        <w:t xml:space="preserve">Nuestro gasóleo ha pasado de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€ el litro en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 xml:space="preserve"> a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€ en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tienes cámaras de frío) </w:t>
      </w:r>
      <w:r>
        <w:rPr>
          <w:b w:val="0"/>
          <w:i w:val="0"/>
          <w:color w:val="0E1A1E"/>
          <w:sz w:val="18"/>
        </w:rPr>
        <w:t xml:space="preserve">La electricidad de nuestras cámaras nos cuesta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más que en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citas los sueldos) </w:t>
      </w:r>
      <w:r>
        <w:rPr>
          <w:b w:val="0"/>
          <w:i w:val="0"/>
          <w:color w:val="0E1A1E"/>
          <w:sz w:val="18"/>
        </w:rPr>
        <w:t xml:space="preserve">El convenio de </w:t>
      </w:r>
      <w:r>
        <w:rPr>
          <w:b w:val="0"/>
          <w:i w:val="0"/>
          <w:color w:val="0E1A1E"/>
          <w:sz w:val="18"/>
          <w:highlight w:val="yellow"/>
        </w:rPr>
        <w:t>[sector]</w:t>
      </w:r>
      <w:r>
        <w:rPr>
          <w:b w:val="0"/>
          <w:i w:val="0"/>
          <w:color w:val="0E1A1E"/>
          <w:sz w:val="18"/>
        </w:rPr>
        <w:t xml:space="preserve"> sube los sueldos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 desde </w:t>
      </w:r>
      <w:r>
        <w:rPr>
          <w:b w:val="0"/>
          <w:i w:val="0"/>
          <w:color w:val="0E1A1E"/>
          <w:sz w:val="18"/>
          <w:highlight w:val="yellow"/>
        </w:rPr>
        <w:t>[mes y año]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Para seguir repartiendo como hasta ahora, actualizamos nuestros precios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%. Le adjuntamos la tarifa nueva, con el precio de cada artículo, sin IVA.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 que firmar, en lugar del párrafo anterior) </w:t>
      </w:r>
      <w:r>
        <w:rPr>
          <w:b w:val="0"/>
          <w:i w:val="0"/>
          <w:color w:val="0E1A1E"/>
          <w:sz w:val="18"/>
        </w:rPr>
        <w:t xml:space="preserve">Para seguir repartiendo como hasta ahora, le proponemos actualizar nuestros precios un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%. Le adjuntamos la tarifa propuesta, con el precio de cada artículo, sin IVA.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cobras portes en vez de subir la tarifa; borra entonces «Para seguir repartiendo…» y el «Adjunto») </w:t>
      </w:r>
      <w:r>
        <w:rPr>
          <w:b w:val="0"/>
          <w:i w:val="0"/>
          <w:color w:val="0E1A1E"/>
          <w:sz w:val="18"/>
        </w:rPr>
        <w:t xml:space="preserve">Desde 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 xml:space="preserve">, los pedidos de menos de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€ sin IVA llevarán </w:t>
      </w:r>
      <w:r>
        <w:rPr>
          <w:b w:val="0"/>
          <w:i w:val="0"/>
          <w:color w:val="0E1A1E"/>
          <w:sz w:val="18"/>
          <w:highlight w:val="yellow"/>
        </w:rPr>
        <w:t>[X]</w:t>
      </w:r>
      <w:r>
        <w:rPr>
          <w:b w:val="0"/>
          <w:i w:val="0"/>
          <w:color w:val="0E1A1E"/>
          <w:sz w:val="18"/>
        </w:rPr>
        <w:t xml:space="preserve"> € de portes. Nuestra tarifa no cambia.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Los cambios se aplicarán a los pedidos que recibamos a partir del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Los anteriores se servirán como hasta ahora, aunque se entreguen después.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tiene que firmar, en lugar del párrafo anterior) </w:t>
      </w:r>
      <w:r>
        <w:rPr>
          <w:b w:val="0"/>
          <w:i w:val="0"/>
          <w:color w:val="0E1A1E"/>
          <w:sz w:val="18"/>
        </w:rPr>
        <w:t xml:space="preserve">Le proponemos estos cambios desde el </w:t>
      </w:r>
      <w:r>
        <w:rPr>
          <w:b w:val="0"/>
          <w:i w:val="0"/>
          <w:color w:val="0E1A1E"/>
          <w:sz w:val="18"/>
          <w:highlight w:val="yellow"/>
        </w:rPr>
        <w:t>[fecha de efecto]</w:t>
      </w:r>
      <w:r>
        <w:rPr>
          <w:b w:val="0"/>
          <w:i w:val="0"/>
          <w:color w:val="0E1A1E"/>
          <w:sz w:val="18"/>
        </w:rPr>
        <w:t>. Si está de acuerdo, devuélvanos firmada la conformidad de abajo antes de esa fecha. Se aplicarán a las entregas desde ese día, o desde que recibamos su firma, si es posterior. Hasta entonces, seguimos con los precios pactados.</w:t>
      </w:r>
    </w:p>
    <w:p>
      <w:pPr>
        <w:pageBreakBefore w:val="0"/>
        <w:spacing w:after="100" w:before="0"/>
      </w:pPr>
      <w:r>
        <w:rPr>
          <w:b w:val="0"/>
          <w:i/>
          <w:color w:val="637371"/>
          <w:sz w:val="17"/>
        </w:rPr>
        <w:t xml:space="preserve">(Si el cliente tiene descuentos propios) </w:t>
      </w:r>
      <w:r>
        <w:rPr>
          <w:b w:val="0"/>
          <w:i w:val="0"/>
          <w:color w:val="0E1A1E"/>
          <w:sz w:val="18"/>
        </w:rPr>
        <w:t>Sus descuentos actuales se mantienen sobre la tarifa nueva.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 xml:space="preserve">Si tiene cualquier duda, llámenos al </w:t>
      </w:r>
      <w:r>
        <w:rPr>
          <w:b w:val="0"/>
          <w:i w:val="0"/>
          <w:color w:val="0E1A1E"/>
          <w:sz w:val="18"/>
          <w:highlight w:val="yellow"/>
        </w:rPr>
        <w:t>[teléfono]</w:t>
      </w:r>
      <w:r>
        <w:rPr>
          <w:b w:val="0"/>
          <w:i w:val="0"/>
          <w:color w:val="0E1A1E"/>
          <w:sz w:val="18"/>
        </w:rPr>
        <w:t xml:space="preserve"> o escríbanos a </w:t>
      </w:r>
      <w:r>
        <w:rPr>
          <w:b w:val="0"/>
          <w:i w:val="0"/>
          <w:color w:val="0E1A1E"/>
          <w:sz w:val="18"/>
          <w:highlight w:val="yellow"/>
        </w:rPr>
        <w:t>[email]</w:t>
      </w:r>
      <w:r>
        <w:rPr>
          <w:b w:val="0"/>
          <w:i w:val="0"/>
          <w:color w:val="0E1A1E"/>
          <w:sz w:val="18"/>
        </w:rPr>
        <w:t>.</w:t>
      </w:r>
    </w:p>
    <w:p>
      <w:pPr>
        <w:pageBreakBefore w:val="0"/>
        <w:spacing w:after="100" w:before="0"/>
      </w:pPr>
      <w:r>
        <w:rPr>
          <w:b w:val="0"/>
          <w:i w:val="0"/>
          <w:color w:val="0E1A1E"/>
          <w:sz w:val="18"/>
        </w:rPr>
        <w:t>Gracias por su confianza.</w:t>
      </w:r>
    </w:p>
    <w:p>
      <w:pPr>
        <w:pageBreakBefore w:val="0"/>
        <w:spacing w:after="280" w:before="80"/>
      </w:pPr>
      <w:r>
        <w:rPr>
          <w:b w:val="0"/>
          <w:i w:val="0"/>
          <w:color w:val="0E1A1E"/>
          <w:sz w:val="18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  <w:highlight w:val="yellow"/>
        </w:rPr>
        <w:t>[Cargo]</w:t>
      </w:r>
      <w:r>
        <w:rPr>
          <w:b w:val="0"/>
          <w:i w:val="0"/>
          <w:color w:val="0E1A1E"/>
          <w:sz w:val="18"/>
        </w:rPr>
        <w:t xml:space="preserve"> · </w:t>
      </w:r>
      <w:r>
        <w:rPr>
          <w:b w:val="0"/>
          <w:i w:val="0"/>
          <w:color w:val="0E1A1E"/>
          <w:sz w:val="18"/>
          <w:highlight w:val="yellow"/>
        </w:rPr>
        <w:t>[Tu distribuidora]</w:t>
      </w:r>
    </w:p>
    <w:p>
      <w:pPr>
        <w:pageBreakBefore w:val="0"/>
        <w:spacing w:after="40" w:before="160"/>
      </w:pPr>
      <w:r>
        <w:rPr>
          <w:b w:val="0"/>
          <w:i w:val="0"/>
          <w:color w:val="637371"/>
          <w:sz w:val="18"/>
        </w:rPr>
        <w:t xml:space="preserve">Adjunto: tarifa de precios válida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p>
      <w:pPr>
        <w:pageBreakBefore w:val="0"/>
        <w:spacing w:after="200" w:before="0"/>
      </w:pPr>
      <w:r>
        <w:rPr>
          <w:b w:val="0"/>
          <w:i/>
          <w:color w:val="637371"/>
          <w:sz w:val="17"/>
        </w:rPr>
        <w:t xml:space="preserve">(Si tiene que firmar, en lugar de la línea anterior) </w:t>
      </w:r>
      <w:r>
        <w:rPr>
          <w:b w:val="0"/>
          <w:i w:val="0"/>
          <w:color w:val="637371"/>
          <w:sz w:val="18"/>
        </w:rPr>
        <w:t xml:space="preserve">Adjunto: tarifa de precios propuesta desde el </w:t>
      </w:r>
      <w:r>
        <w:rPr>
          <w:b w:val="0"/>
          <w:i w:val="0"/>
          <w:color w:val="637371"/>
          <w:sz w:val="18"/>
          <w:highlight w:val="yellow"/>
        </w:rPr>
        <w:t>[fecha de efecto]</w:t>
      </w:r>
      <w:r>
        <w:rPr>
          <w:b w:val="0"/>
          <w:i w:val="0"/>
          <w:color w:val="637371"/>
          <w:sz w:val="18"/>
        </w:rPr>
        <w:t>.</w:t>
      </w:r>
    </w:p>
    <w:tbl>
      <w:tblPr>
        <w:tblW w:type="dxa" w:w="9638"/>
        <w:jc w:val="center"/>
        <w:tblBorders>
          <w:top w:val="single" w:sz="4" w:color="9AA7A4"/>
          <w:left w:val="single" w:sz="4" w:color="9AA7A4"/>
          <w:bottom w:val="single" w:sz="4" w:color="9AA7A4"/>
          <w:right w:val="single" w:sz="4" w:color="9AA7A4"/>
          <w:insideH w:val="single" w:sz="4" w:color="9AA7A4"/>
          <w:insideV w:val="single" w:sz="4" w:color="9AA7A4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345"/>
        <w:gridCol w:w="2098"/>
      </w:tblGrid>
      <w:tr>
        <w:tc>
          <w:tcPr>
            <w:tcW w:type="dxa" w:w="9638"/>
            <w:gridSpan w:val="3"/>
          </w:tcPr>
          <w:p>
            <w:r/>
            <w:r>
              <w:rPr>
                <w:b/>
                <w:i w:val="0"/>
                <w:color w:val="0E1A1E"/>
                <w:sz w:val="20"/>
              </w:rPr>
              <w:t>Conformidad del cliente</w:t>
            </w:r>
            <w:r>
              <w:rPr>
                <w:b w:val="0"/>
                <w:i/>
                <w:color w:val="637371"/>
                <w:sz w:val="17"/>
              </w:rPr>
              <w:t xml:space="preserve">   Solo si el cliente tiene contrato o tarifa firmada y la subida no sale de una cláusula de revisión. Si no, borra este recuadro.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9"/>
                <w:highlight w:val="yellow"/>
              </w:rPr>
              <w:t>[Nombre o razón social del cliente]</w:t>
            </w:r>
            <w:r>
              <w:rPr>
                <w:b w:val="0"/>
                <w:i w:val="0"/>
                <w:color w:val="0E1A1E"/>
                <w:sz w:val="19"/>
              </w:rPr>
              <w:t xml:space="preserve">, con NIF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[NIF]</w:t>
            </w:r>
            <w:r>
              <w:rPr>
                <w:b w:val="0"/>
                <w:i w:val="0"/>
                <w:color w:val="0E1A1E"/>
                <w:sz w:val="19"/>
              </w:rPr>
              <w:t xml:space="preserve">, acepta los cambios de esta carta. Se aplicarán a las entregas a partir del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9"/>
              </w:rPr>
              <w:t xml:space="preserve">, o desde que </w:t>
            </w:r>
            <w:r>
              <w:rPr>
                <w:b w:val="0"/>
                <w:i w:val="0"/>
                <w:color w:val="0E1A1E"/>
                <w:sz w:val="19"/>
                <w:highlight w:val="yellow"/>
              </w:rPr>
              <w:t>[tu distribuidora]</w:t>
            </w:r>
            <w:r>
              <w:rPr>
                <w:b w:val="0"/>
                <w:i w:val="0"/>
                <w:color w:val="0E1A1E"/>
                <w:sz w:val="19"/>
              </w:rPr>
              <w:t xml:space="preserve"> reciba esta conformidad firmada, si es posterior.</w:t>
            </w:r>
          </w:p>
        </w:tc>
      </w:tr>
      <w:tr>
        <w:trPr>
          <w:trHeight w:val="680" w:hRule="atLeast"/>
        </w:trPr>
        <w:tc>
          <w:tcPr>
            <w:tcW w:type="dxa" w:w="419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Nombre y cargo de quien firma: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Firma: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 w:val="0"/>
                <w:color w:val="637371"/>
                <w:sz w:val="17"/>
              </w:rPr>
              <w:t>Fecha:</w:t>
            </w:r>
          </w:p>
        </w:tc>
      </w:tr>
      <w:tr>
        <w:tc>
          <w:tcPr>
            <w:tcW w:type="dxa" w:w="9638"/>
            <w:gridSpan w:val="3"/>
          </w:tcPr>
          <w:p>
            <w:r/>
            <w:r>
              <w:rPr>
                <w:b w:val="0"/>
                <w:i w:val="0"/>
                <w:color w:val="0E1A1E"/>
                <w:sz w:val="18"/>
              </w:rPr>
              <w:t xml:space="preserve">Por favor, devuélvanos una copia firmada, por email a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[email]</w:t>
            </w:r>
            <w:r>
              <w:rPr>
                <w:b w:val="0"/>
                <w:i w:val="0"/>
                <w:color w:val="0E1A1E"/>
                <w:sz w:val="18"/>
              </w:rPr>
              <w:t xml:space="preserve">, antes del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</w:tc>
      </w:tr>
    </w:tbl>
    <w:p>
      <w:pPr>
        <w:pageBreakBefore/>
        <w:spacing w:after="240" w:before="0"/>
      </w:pPr>
      <w:r>
        <w:rPr>
          <w:b/>
          <w:i w:val="0"/>
          <w:color w:val="00854A"/>
          <w:sz w:val="17"/>
        </w:rPr>
        <w:t>Modelo 4. Aviso por WhatsApp o texto del email</w:t>
      </w:r>
      <w:r>
        <w:rPr>
          <w:b w:val="0"/>
          <w:i w:val="0"/>
          <w:color w:val="637371"/>
          <w:sz w:val="17"/>
        </w:rPr>
        <w:t xml:space="preserve"> · Acompaña a la carta, nunca la sustituye: como aviso por WhatsApp o como texto del email con el que la mandas. Va de tú: lo manda el comercial que ya se tutea con el cliente. (Borra esta línea).</w:t>
      </w:r>
    </w:p>
    <w:p>
      <w:pPr>
        <w:pageBreakBefore w:val="0"/>
        <w:spacing w:after="120" w:before="0"/>
      </w:pPr>
      <w:r>
        <w:rPr>
          <w:b/>
          <w:i w:val="0"/>
          <w:color w:val="00854A"/>
          <w:sz w:val="23"/>
        </w:rPr>
        <w:t>Como aviso por WhatsApp</w:t>
      </w:r>
    </w:p>
    <w:tbl>
      <w:tblPr>
        <w:tblW w:type="dxa" w:w="7087"/>
        <w:tblLayout w:type="fixed"/>
        <w:tblLook w:firstColumn="1" w:firstRow="1" w:lastColumn="0" w:lastRow="0" w:noHBand="0" w:noVBand="1" w:val="04A0"/>
      </w:tblPr>
      <w:tblGrid>
        <w:gridCol w:w="7087"/>
      </w:tblGrid>
      <w:tr>
        <w:tc>
          <w:tcPr>
            <w:tcW w:type="dxa" w:w="7087"/>
            <w:shd w:val="clear" w:color="auto" w:fill="E7F6EC"/>
          </w:tcPr>
          <w:p>
            <w:pPr>
              <w:spacing w:after="120"/>
            </w:pPr>
            <w:r/>
            <w:r>
              <w:rPr>
                <w:b w:val="0"/>
                <w:i w:val="0"/>
                <w:color w:val="0E1A1E"/>
                <w:sz w:val="18"/>
              </w:rPr>
              <w:t xml:space="preserve">Hola,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[nombre]</w:t>
            </w:r>
            <w:r>
              <w:rPr>
                <w:b w:val="0"/>
                <w:i w:val="0"/>
                <w:color w:val="0E1A1E"/>
                <w:sz w:val="18"/>
              </w:rPr>
              <w:t xml:space="preserve">. Soy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[tu nombre]</w:t>
            </w:r>
            <w:r>
              <w:rPr>
                <w:b w:val="0"/>
                <w:i w:val="0"/>
                <w:color w:val="0E1A1E"/>
                <w:sz w:val="18"/>
              </w:rPr>
              <w:t xml:space="preserve">, de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[tu distribuidora]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  <w:p>
            <w:pPr>
              <w:spacing w:after="120"/>
            </w:pPr>
            <w:r>
              <w:rPr>
                <w:b w:val="0"/>
                <w:i w:val="0"/>
                <w:color w:val="0E1A1E"/>
                <w:sz w:val="18"/>
              </w:rPr>
              <w:t xml:space="preserve">Te aviso de que, desde el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8"/>
              </w:rPr>
              <w:t xml:space="preserve">, nuestra tarifa sube un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[X]</w:t>
            </w:r>
            <w:r>
              <w:rPr>
                <w:b w:val="0"/>
                <w:i w:val="0"/>
                <w:color w:val="0E1A1E"/>
                <w:sz w:val="18"/>
              </w:rPr>
              <w:t xml:space="preserve"> % de media por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[el motivo en pocas palabras: la subida de nuestros proveedores, el gasóleo y la luz…]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  <w:p>
            <w:pPr>
              <w:spacing w:after="120"/>
            </w:pPr>
            <w:r>
              <w:rPr>
                <w:b w:val="0"/>
                <w:i/>
                <w:color w:val="637371"/>
                <w:sz w:val="18"/>
              </w:rPr>
              <w:t xml:space="preserve">(Si tiene que firmar, en lugar de la frase anterior) </w:t>
            </w:r>
            <w:r>
              <w:rPr>
                <w:b w:val="0"/>
                <w:i w:val="0"/>
                <w:color w:val="0E1A1E"/>
                <w:sz w:val="18"/>
              </w:rPr>
              <w:t xml:space="preserve">Te propongo subir nuestra tarifa un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[X]</w:t>
            </w:r>
            <w:r>
              <w:rPr>
                <w:b w:val="0"/>
                <w:i w:val="0"/>
                <w:color w:val="0E1A1E"/>
                <w:sz w:val="18"/>
              </w:rPr>
              <w:t xml:space="preserve"> % de media desde el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[fecha de efecto]</w:t>
            </w:r>
            <w:r>
              <w:rPr>
                <w:b w:val="0"/>
                <w:i w:val="0"/>
                <w:color w:val="0E1A1E"/>
                <w:sz w:val="18"/>
              </w:rPr>
              <w:t xml:space="preserve">. Es por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[el motivo en pocas palabras]</w:t>
            </w:r>
            <w:r>
              <w:rPr>
                <w:b w:val="0"/>
                <w:i w:val="0"/>
                <w:color w:val="0E1A1E"/>
                <w:sz w:val="18"/>
              </w:rPr>
              <w:t>.</w:t>
            </w:r>
          </w:p>
          <w:p>
            <w:pPr>
              <w:spacing w:after="120"/>
            </w:pPr>
            <w:r>
              <w:rPr>
                <w:b w:val="0"/>
                <w:i w:val="0"/>
                <w:color w:val="0E1A1E"/>
                <w:sz w:val="18"/>
              </w:rPr>
              <w:t>Te acabo de mandar por email nuestra carta y la tarifa nueva, con todos los precios.</w:t>
            </w:r>
          </w:p>
          <w:p>
            <w:pPr>
              <w:spacing w:after="120"/>
            </w:pPr>
            <w:r>
              <w:rPr>
                <w:b w:val="0"/>
                <w:i w:val="0"/>
                <w:color w:val="0E1A1E"/>
                <w:sz w:val="18"/>
              </w:rPr>
              <w:t>Los pedidos que nos hagas antes de esa fecha van a los precios de ahora.</w:t>
            </w:r>
          </w:p>
          <w:p>
            <w:pPr>
              <w:spacing w:after="120"/>
            </w:pPr>
            <w:r>
              <w:rPr>
                <w:b w:val="0"/>
                <w:i/>
                <w:color w:val="637371"/>
                <w:sz w:val="18"/>
              </w:rPr>
              <w:t xml:space="preserve">(Si tiene que firmar, en lugar de la frase anterior) </w:t>
            </w:r>
            <w:r>
              <w:rPr>
                <w:b w:val="0"/>
                <w:i w:val="0"/>
                <w:color w:val="0E1A1E"/>
                <w:sz w:val="18"/>
              </w:rPr>
              <w:t>En la carta va la conformidad: devuélvemela firmada antes de esa fecha. Hasta que la reciba, seguimos con los precios de ahora.</w:t>
            </w:r>
          </w:p>
          <w:p>
            <w:pPr>
              <w:spacing w:after="120"/>
            </w:pPr>
            <w:r>
              <w:rPr>
                <w:b w:val="0"/>
                <w:i w:val="0"/>
                <w:color w:val="0E1A1E"/>
                <w:sz w:val="18"/>
              </w:rPr>
              <w:t xml:space="preserve">Si tienes dudas, llámame al </w:t>
            </w:r>
            <w:r>
              <w:rPr>
                <w:b w:val="0"/>
                <w:i w:val="0"/>
                <w:color w:val="0E1A1E"/>
                <w:sz w:val="18"/>
                <w:highlight w:val="yellow"/>
              </w:rPr>
              <w:t>[teléfono]</w:t>
            </w:r>
            <w:r>
              <w:rPr>
                <w:b w:val="0"/>
                <w:i w:val="0"/>
                <w:color w:val="0E1A1E"/>
                <w:sz w:val="18"/>
              </w:rPr>
              <w:t xml:space="preserve"> o lo vemos cuando pase por tu local. ¡Gracias!</w:t>
            </w:r>
          </w:p>
        </w:tc>
      </w:tr>
    </w:tbl>
    <w:p>
      <w:pPr>
        <w:pageBreakBefore w:val="0"/>
        <w:spacing w:after="120" w:before="280"/>
      </w:pPr>
      <w:r>
        <w:rPr>
          <w:b/>
          <w:i w:val="0"/>
          <w:color w:val="00854A"/>
          <w:sz w:val="23"/>
        </w:rPr>
        <w:t>Como texto del email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18"/>
        </w:rPr>
        <w:t>Úsalo en el email con el que mandas la carta y la tarifa en PDF. Cambia «Te acabo de mandar por email nuestra carta y la tarifa nueva» por «Te adjunto nuestra carta y la tarifa nueva». De asunto, el de la carta. Si os habláis de usted, basta con: «Le adjuntamos nuestra carta y la tarifa nueva, con todos los precios».</w:t>
      </w:r>
    </w:p>
    <w:sectPr w:rsidR="00FC693F" w:rsidRPr="0006063C" w:rsidSect="00034616">
      <w:pgSz w:w="11906" w:h="16838"/>
      <w:pgMar w:top="737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carta de subida de precios a clientes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