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40" w:before="0"/>
      </w:pPr>
      <w:r>
        <w:rPr>
          <w:b/>
          <w:i w:val="0"/>
          <w:color w:val="0E1A1E"/>
          <w:sz w:val="34"/>
        </w:rPr>
        <w:t>Modelos de carta de pedido a un proveedor</w:t>
      </w:r>
    </w:p>
    <w:p>
      <w:pPr>
        <w:pageBreakBefore w:val="0"/>
        <w:spacing w:after="200" w:before="0"/>
      </w:pPr>
      <w:r>
        <w:rPr>
          <w:b w:val="0"/>
          <w:i w:val="0"/>
          <w:color w:val="637371"/>
          <w:sz w:val="20"/>
        </w:rPr>
        <w:t xml:space="preserve">Cuatro modelos para copiar en un email o imprimir como carta. Cambia lo que va entre </w:t>
      </w:r>
      <w:r>
        <w:rPr>
          <w:b w:val="0"/>
          <w:i w:val="0"/>
          <w:color w:val="637371"/>
          <w:sz w:val="20"/>
          <w:highlight w:val="yellow"/>
        </w:rPr>
        <w:t>[corchetes]</w:t>
      </w:r>
      <w:r>
        <w:rPr>
          <w:b w:val="0"/>
          <w:i w:val="0"/>
          <w:color w:val="637371"/>
          <w:sz w:val="20"/>
        </w:rPr>
        <w:t xml:space="preserve"> por tus datos.</w:t>
      </w:r>
    </w:p>
    <w:tbl>
      <w:tblPr>
        <w:tblW w:type="dxa" w:w="9637"/>
        <w:jc w:val="center"/>
        <w:tblBorders>
          <w:top w:val="single" w:sz="4" w:color="C9D3D1"/>
          <w:left w:val="single" w:sz="4" w:color="C9D3D1"/>
          <w:bottom w:val="single" w:sz="4" w:color="C9D3D1"/>
          <w:right w:val="single" w:sz="4" w:color="C9D3D1"/>
          <w:insideH w:val="single" w:sz="4" w:color="C9D3D1"/>
          <w:insideV w:val="single" w:sz="4" w:color="C9D3D1"/>
        </w:tblBorders>
        <w:tblLayout w:type="fixed"/>
        <w:tblLook w:firstColumn="1" w:firstRow="1" w:lastColumn="0" w:lastRow="0" w:noHBand="0" w:noVBand="1" w:val="04A0"/>
      </w:tblPr>
      <w:tblGrid>
        <w:gridCol w:w="3628"/>
        <w:gridCol w:w="6009"/>
      </w:tblGrid>
      <w:tr>
        <w:tc>
          <w:tcPr>
            <w:tcW w:type="dxa" w:w="3628"/>
            <w:shd w:val="clear" w:color="auto" w:fill="00854A"/>
          </w:tcPr>
          <w:p>
            <w:r/>
            <w:r>
              <w:rPr>
                <w:b/>
                <w:i w:val="0"/>
                <w:color w:val="FFFFFF"/>
                <w:sz w:val="19"/>
              </w:rPr>
              <w:t>Modelo</w:t>
            </w:r>
          </w:p>
        </w:tc>
        <w:tc>
          <w:tcPr>
            <w:tcW w:type="dxa" w:w="6009"/>
            <w:shd w:val="clear" w:color="auto" w:fill="00854A"/>
          </w:tcPr>
          <w:p>
            <w:r/>
            <w:r>
              <w:rPr>
                <w:b/>
                <w:i w:val="0"/>
                <w:color w:val="FFFFFF"/>
                <w:sz w:val="19"/>
              </w:rPr>
              <w:t>Cuándo usarlo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1. Pedido con la hoja de pedido adjunta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El pedido de siempre: mandas la hoja de pedido en PDF y este email la acompaña.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2. Pedido en el texto del email, sin adjunto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Un pedido corto o de reposición, de pocos artículos.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3. Primer pedido a un proveedor nuevo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Empiezas a comprar a un proveedor y quieres dejar claras las condiciones desde el principio.</w:t>
            </w:r>
          </w:p>
        </w:tc>
      </w:tr>
      <w:tr>
        <w:tc>
          <w:tcPr>
            <w:tcW w:type="dxa" w:w="3628"/>
          </w:tcPr>
          <w:p>
            <w:r/>
            <w:r>
              <w:rPr>
                <w:b/>
                <w:i w:val="0"/>
                <w:color w:val="0E1A1E"/>
                <w:sz w:val="19"/>
              </w:rPr>
              <w:t>4. Cambio o anulación de un pedido</w:t>
            </w:r>
          </w:p>
        </w:tc>
        <w:tc>
          <w:tcPr>
            <w:tcW w:type="dxa" w:w="6009"/>
          </w:tcPr>
          <w:p>
            <w:r/>
            <w:r>
              <w:rPr>
                <w:b w:val="0"/>
                <w:i w:val="0"/>
                <w:color w:val="0E1A1E"/>
                <w:sz w:val="19"/>
              </w:rPr>
              <w:t>Ya has mandado el pedido y tienes que cambiar algo o anularlo.</w:t>
            </w:r>
          </w:p>
        </w:tc>
      </w:tr>
    </w:tbl>
    <w:p>
      <w:pPr>
        <w:pageBreakBefore w:val="0"/>
        <w:spacing w:after="80" w:before="240"/>
      </w:pPr>
      <w:r>
        <w:rPr>
          <w:b/>
          <w:i w:val="0"/>
          <w:color w:val="00854A"/>
          <w:sz w:val="23"/>
        </w:rPr>
        <w:t>Cómo usarlos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1. </w:t>
      </w:r>
      <w:r>
        <w:rPr>
          <w:b w:val="0"/>
          <w:i w:val="0"/>
          <w:color w:val="0E1A1E"/>
          <w:sz w:val="20"/>
        </w:rPr>
        <w:t xml:space="preserve">Elige el modelo y cambia lo que va entre </w:t>
      </w:r>
      <w:r>
        <w:rPr>
          <w:b w:val="0"/>
          <w:i w:val="0"/>
          <w:color w:val="0E1A1E"/>
          <w:sz w:val="20"/>
          <w:highlight w:val="yellow"/>
        </w:rPr>
        <w:t>[corchetes]</w:t>
      </w:r>
      <w:r>
        <w:rPr>
          <w:b w:val="0"/>
          <w:i w:val="0"/>
          <w:color w:val="0E1A1E"/>
          <w:sz w:val="20"/>
        </w:rPr>
        <w:t xml:space="preserve">. En este Word, los huecos van en amarillo. Algunos corchetes traen un ejemplo, como </w:t>
      </w:r>
      <w:r>
        <w:rPr>
          <w:b w:val="0"/>
          <w:i w:val="0"/>
          <w:color w:val="0E1A1E"/>
          <w:sz w:val="20"/>
          <w:highlight w:val="yellow"/>
        </w:rPr>
        <w:t>[6 meses]</w:t>
      </w:r>
      <w:r>
        <w:rPr>
          <w:b w:val="0"/>
          <w:i w:val="0"/>
          <w:color w:val="0E1A1E"/>
          <w:sz w:val="20"/>
        </w:rPr>
        <w:t>: cámbialo también por lo tuyo.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2. </w:t>
      </w:r>
      <w:r>
        <w:rPr>
          <w:b w:val="0"/>
          <w:i w:val="0"/>
          <w:color w:val="0E1A1E"/>
          <w:sz w:val="20"/>
        </w:rPr>
        <w:t>Las frases que empiezan con una nota en cursiva y entre paréntesis son opcionales: deja las que te sirvan, sin la nota, y borra el resto.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3. </w:t>
      </w:r>
      <w:r>
        <w:rPr>
          <w:b w:val="0"/>
          <w:i w:val="0"/>
          <w:color w:val="0E1A1E"/>
          <w:sz w:val="20"/>
        </w:rPr>
        <w:t>Borra la primera línea verde de cada modelo: es solo para ti.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4. </w:t>
      </w:r>
      <w:r>
        <w:rPr>
          <w:b w:val="0"/>
          <w:i w:val="0"/>
          <w:color w:val="0E1A1E"/>
          <w:sz w:val="20"/>
        </w:rPr>
        <w:t>Mándalo por email, con la hoja de pedido en PDF si la usas, a la persona que lleva tus pedidos en el proveedor. El asunto va en la casilla «Asunto».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5. </w:t>
      </w:r>
      <w:r>
        <w:rPr>
          <w:b w:val="0"/>
          <w:i w:val="0"/>
          <w:color w:val="0E1A1E"/>
          <w:sz w:val="20"/>
        </w:rPr>
        <w:t>En un email puedes quitar las líneas de arriba (tus datos, los del proveedor, la ciudad y la fecha): el email ya lleva la fecha, y tu firma, tus datos. Déjalas si lo imprimes como carta.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6. </w:t>
      </w:r>
      <w:r>
        <w:rPr>
          <w:b w:val="0"/>
          <w:i w:val="0"/>
          <w:color w:val="0E1A1E"/>
          <w:sz w:val="20"/>
        </w:rPr>
        <w:t>Guarda el email enviado y la confirmación del proveedor. Son tu prueba de lo que pediste y de lo que te confirmaron.</w:t>
      </w:r>
    </w:p>
    <w:p>
      <w:pPr>
        <w:pageBreakBefore w:val="0"/>
        <w:spacing w:after="80" w:before="200"/>
      </w:pPr>
      <w:r>
        <w:rPr>
          <w:b/>
          <w:i w:val="0"/>
          <w:color w:val="00854A"/>
          <w:sz w:val="23"/>
        </w:rPr>
        <w:t>¿De usted o de tú?</w:t>
      </w:r>
    </w:p>
    <w:p>
      <w:pPr>
        <w:pageBreakBefore w:val="0"/>
        <w:spacing w:after="40" w:before="0"/>
      </w:pPr>
      <w:r>
        <w:rPr>
          <w:b w:val="0"/>
          <w:i w:val="0"/>
          <w:color w:val="0E1A1E"/>
          <w:sz w:val="20"/>
        </w:rPr>
        <w:t>Los cuatro modelos van de usted: son el pedido formal de tu empresa, y puede leerlos quien no te conoce. Si con tu proveedor os tratáis de tú, cámbialo.</w:t>
      </w:r>
    </w:p>
    <w:p>
      <w:pPr>
        <w:pageBreakBefore w:val="0"/>
        <w:spacing w:after="80" w:before="200"/>
      </w:pPr>
      <w:r>
        <w:rPr>
          <w:b/>
          <w:i w:val="0"/>
          <w:color w:val="00854A"/>
          <w:sz w:val="23"/>
        </w:rPr>
        <w:t>Si compras alimentos o bebidas</w:t>
      </w:r>
    </w:p>
    <w:p>
      <w:pPr>
        <w:pageBreakBefore w:val="0"/>
        <w:spacing w:after="40" w:before="0"/>
      </w:pPr>
      <w:r>
        <w:rPr>
          <w:b w:val="0"/>
          <w:i w:val="0"/>
          <w:color w:val="0E1A1E"/>
          <w:sz w:val="20"/>
        </w:rPr>
        <w:t>Si compras alimentos o bebidas, además del pedido necesitas un contrato alimentario por escrito, firmado por los dos antes de la primera entrega (Ley 12/2013, art. 8). No hace falta si pagas al contado en la entrega, ni si la compra es de 1.000 € o menos. La ley no aclara si los 1.000 € se cuentan por pedido, por factura o por año: confírmalo con tu asesor. Y si son perecederos, no anules un pedido en los 30 días antes de la entrega: es una infracción (arts. 14 bis.1.b y 23).</w:t>
      </w:r>
    </w:p>
    <w:p>
      <w:pPr>
        <w:pageBreakBefore w:val="0"/>
        <w:spacing w:after="0" w:before="560"/>
      </w:pPr>
      <w:r>
        <w:rPr>
          <w:b w:val="0"/>
          <w:i w:val="0"/>
          <w:color w:val="637371"/>
          <w:sz w:val="16"/>
        </w:rPr>
        <w:t>Modelos gratuitos de PeasyOrders · peasyorders.com/es/plantillas/pedidos-proveedores-excel</w:t>
      </w:r>
    </w:p>
    <w:p>
      <w:pPr>
        <w:pageBreakBefore/>
        <w:spacing w:after="200" w:before="0"/>
      </w:pPr>
      <w:r>
        <w:rPr>
          <w:b/>
          <w:i w:val="0"/>
          <w:color w:val="00854A"/>
          <w:sz w:val="17"/>
        </w:rPr>
        <w:t>Modelo 1. Pedido con la hoja de pedido adjunta</w:t>
      </w:r>
      <w:r>
        <w:rPr>
          <w:b w:val="0"/>
          <w:i w:val="0"/>
          <w:color w:val="637371"/>
          <w:sz w:val="17"/>
        </w:rPr>
        <w:t xml:space="preserve"> · El pedido de siempre: mandas la hoja de pedido en PDF y este email la acompaña.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80" w:before="0"/>
      </w:pPr>
      <w:r>
        <w:rPr>
          <w:b w:val="0"/>
          <w:i w:val="0"/>
          <w:color w:val="637371"/>
          <w:sz w:val="20"/>
          <w:highlight w:val="yellow"/>
        </w:rPr>
        <w:t>[Dirección]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[Teléfono]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del proveedor]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</w:rPr>
        <w:t xml:space="preserve">A la atención de </w:t>
      </w: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[Email o dirección del proveedor]</w:t>
      </w:r>
    </w:p>
    <w:p>
      <w:pPr>
        <w:pageBreakBefore w:val="0"/>
        <w:spacing w:after="240" w:before="240"/>
        <w:jc w:val="right"/>
      </w:pPr>
      <w:r>
        <w:rPr>
          <w:b w:val="0"/>
          <w:i w:val="0"/>
          <w:color w:val="0E1A1E"/>
          <w:sz w:val="20"/>
          <w:highlight w:val="yellow"/>
        </w:rPr>
        <w:t>[Ciudad]</w:t>
      </w:r>
      <w:r>
        <w:rPr>
          <w:b w:val="0"/>
          <w:i w:val="0"/>
          <w:color w:val="0E1A1E"/>
          <w:sz w:val="20"/>
        </w:rPr>
        <w:t xml:space="preserve">, </w:t>
      </w:r>
      <w:r>
        <w:rPr>
          <w:b w:val="0"/>
          <w:i w:val="0"/>
          <w:color w:val="0E1A1E"/>
          <w:sz w:val="20"/>
          <w:highlight w:val="yellow"/>
        </w:rPr>
        <w:t>[fecha]</w:t>
      </w:r>
    </w:p>
    <w:p>
      <w:pPr>
        <w:pageBreakBefore w:val="0"/>
        <w:spacing w:after="200" w:before="0"/>
      </w:pPr>
      <w:r>
        <w:rPr>
          <w:b/>
          <w:i w:val="0"/>
          <w:color w:val="0E1A1E"/>
          <w:sz w:val="20"/>
        </w:rPr>
        <w:t xml:space="preserve">Asunto: Pedido nº </w:t>
      </w:r>
      <w:r>
        <w:rPr>
          <w:b/>
          <w:i w:val="0"/>
          <w:color w:val="0E1A1E"/>
          <w:sz w:val="20"/>
          <w:highlight w:val="yellow"/>
        </w:rPr>
        <w:t>[número]</w:t>
      </w:r>
      <w:r>
        <w:rPr>
          <w:b/>
          <w:i w:val="0"/>
          <w:color w:val="0E1A1E"/>
          <w:sz w:val="20"/>
        </w:rPr>
        <w:t xml:space="preserve"> · entrega el </w:t>
      </w:r>
      <w:r>
        <w:rPr>
          <w:b/>
          <w:i w:val="0"/>
          <w:color w:val="0E1A1E"/>
          <w:sz w:val="20"/>
          <w:highlight w:val="yellow"/>
        </w:rPr>
        <w:t>[fecha de entrega]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Estimado/a </w:t>
      </w:r>
      <w:r>
        <w:rPr>
          <w:b w:val="0"/>
          <w:i w:val="0"/>
          <w:color w:val="0E1A1E"/>
          <w:sz w:val="20"/>
          <w:highlight w:val="yellow"/>
        </w:rPr>
        <w:t>[nombre]</w:t>
      </w:r>
      <w:r>
        <w:rPr>
          <w:b w:val="0"/>
          <w:i w:val="0"/>
          <w:color w:val="0E1A1E"/>
          <w:sz w:val="20"/>
        </w:rPr>
        <w:t>: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Le enviamos nuestro pedido nº </w:t>
      </w:r>
      <w:r>
        <w:rPr>
          <w:b w:val="0"/>
          <w:i w:val="0"/>
          <w:color w:val="0E1A1E"/>
          <w:sz w:val="20"/>
          <w:highlight w:val="yellow"/>
        </w:rPr>
        <w:t>[número]</w:t>
      </w:r>
      <w:r>
        <w:rPr>
          <w:b w:val="0"/>
          <w:i w:val="0"/>
          <w:color w:val="0E1A1E"/>
          <w:sz w:val="20"/>
        </w:rPr>
        <w:t xml:space="preserve">, del </w:t>
      </w:r>
      <w:r>
        <w:rPr>
          <w:b w:val="0"/>
          <w:i w:val="0"/>
          <w:color w:val="0E1A1E"/>
          <w:sz w:val="20"/>
          <w:highlight w:val="yellow"/>
        </w:rPr>
        <w:t>[fecha del pedido]</w:t>
      </w:r>
      <w:r>
        <w:rPr>
          <w:b w:val="0"/>
          <w:i w:val="0"/>
          <w:color w:val="0E1A1E"/>
          <w:sz w:val="20"/>
        </w:rPr>
        <w:t>. Va adjunto, con las referencias, las cantidades y los precios pactados.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Lo necesitamos el </w:t>
      </w:r>
      <w:r>
        <w:rPr>
          <w:b w:val="0"/>
          <w:i w:val="0"/>
          <w:color w:val="0E1A1E"/>
          <w:sz w:val="20"/>
          <w:highlight w:val="yellow"/>
        </w:rPr>
        <w:t>[fecha de entrega]</w:t>
      </w:r>
      <w:r>
        <w:rPr>
          <w:b w:val="0"/>
          <w:i w:val="0"/>
          <w:color w:val="0E1A1E"/>
          <w:sz w:val="20"/>
        </w:rPr>
        <w:t xml:space="preserve">, de </w:t>
      </w:r>
      <w:r>
        <w:rPr>
          <w:b w:val="0"/>
          <w:i w:val="0"/>
          <w:color w:val="0E1A1E"/>
          <w:sz w:val="20"/>
          <w:highlight w:val="yellow"/>
        </w:rPr>
        <w:t>[hora]</w:t>
      </w:r>
      <w:r>
        <w:rPr>
          <w:b w:val="0"/>
          <w:i w:val="0"/>
          <w:color w:val="0E1A1E"/>
          <w:sz w:val="20"/>
        </w:rPr>
        <w:t xml:space="preserve"> a </w:t>
      </w:r>
      <w:r>
        <w:rPr>
          <w:b w:val="0"/>
          <w:i w:val="0"/>
          <w:color w:val="0E1A1E"/>
          <w:sz w:val="20"/>
          <w:highlight w:val="yellow"/>
        </w:rPr>
        <w:t>[hora]</w:t>
      </w:r>
      <w:r>
        <w:rPr>
          <w:b w:val="0"/>
          <w:i w:val="0"/>
          <w:color w:val="0E1A1E"/>
          <w:sz w:val="20"/>
        </w:rPr>
        <w:t xml:space="preserve">, en </w:t>
      </w:r>
      <w:r>
        <w:rPr>
          <w:b w:val="0"/>
          <w:i w:val="0"/>
          <w:color w:val="0E1A1E"/>
          <w:sz w:val="20"/>
          <w:highlight w:val="yellow"/>
        </w:rPr>
        <w:t>[lugar de entrega]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devuelves envases) </w:t>
      </w:r>
      <w:r>
        <w:rPr>
          <w:b w:val="0"/>
          <w:i w:val="0"/>
          <w:color w:val="0E1A1E"/>
          <w:sz w:val="20"/>
        </w:rPr>
        <w:t xml:space="preserve">En esa entrega le devolvemos </w:t>
      </w:r>
      <w:r>
        <w:rPr>
          <w:b w:val="0"/>
          <w:i w:val="0"/>
          <w:color w:val="0E1A1E"/>
          <w:sz w:val="20"/>
          <w:highlight w:val="yellow"/>
        </w:rPr>
        <w:t>[12 barriles vacíos de 30 litros]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pides lotes o fechas) </w:t>
      </w:r>
      <w:r>
        <w:rPr>
          <w:b w:val="0"/>
          <w:i w:val="0"/>
          <w:color w:val="0E1A1E"/>
          <w:sz w:val="20"/>
        </w:rPr>
        <w:t xml:space="preserve">Le pedimos lotes con al menos </w:t>
      </w:r>
      <w:r>
        <w:rPr>
          <w:b w:val="0"/>
          <w:i w:val="0"/>
          <w:color w:val="0E1A1E"/>
          <w:sz w:val="20"/>
          <w:highlight w:val="yellow"/>
        </w:rPr>
        <w:t>[6 meses]</w:t>
      </w:r>
      <w:r>
        <w:rPr>
          <w:b w:val="0"/>
          <w:i w:val="0"/>
          <w:color w:val="0E1A1E"/>
          <w:sz w:val="20"/>
        </w:rPr>
        <w:t xml:space="preserve"> de consumo preferente.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Por favor, confírmenos el pedido por escrito antes del </w:t>
      </w:r>
      <w:r>
        <w:rPr>
          <w:b w:val="0"/>
          <w:i w:val="0"/>
          <w:color w:val="0E1A1E"/>
          <w:sz w:val="20"/>
          <w:highlight w:val="yellow"/>
        </w:rPr>
        <w:t>[fecha]</w:t>
      </w:r>
      <w:r>
        <w:rPr>
          <w:b w:val="0"/>
          <w:i w:val="0"/>
          <w:color w:val="0E1A1E"/>
          <w:sz w:val="20"/>
        </w:rPr>
        <w:t>, con la fecha de entrega. Si falta algún artículo o cambia algún precio, díganoslo antes de servirlo.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En el albarán y en la factura, indique por favor nuestro nº de pedido.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Si tiene cualquier duda, llame a </w:t>
      </w:r>
      <w:r>
        <w:rPr>
          <w:b w:val="0"/>
          <w:i w:val="0"/>
          <w:color w:val="0E1A1E"/>
          <w:sz w:val="20"/>
          <w:highlight w:val="yellow"/>
        </w:rPr>
        <w:t>[nombre]</w:t>
      </w:r>
      <w:r>
        <w:rPr>
          <w:b w:val="0"/>
          <w:i w:val="0"/>
          <w:color w:val="0E1A1E"/>
          <w:sz w:val="20"/>
        </w:rPr>
        <w:t xml:space="preserve"> al </w:t>
      </w:r>
      <w:r>
        <w:rPr>
          <w:b w:val="0"/>
          <w:i w:val="0"/>
          <w:color w:val="0E1A1E"/>
          <w:sz w:val="20"/>
          <w:highlight w:val="yellow"/>
        </w:rPr>
        <w:t>[teléfono]</w:t>
      </w:r>
      <w:r>
        <w:rPr>
          <w:b w:val="0"/>
          <w:i w:val="0"/>
          <w:color w:val="0E1A1E"/>
          <w:sz w:val="20"/>
        </w:rPr>
        <w:t>. Muchas gracias.</w:t>
      </w:r>
    </w:p>
    <w:p>
      <w:pPr>
        <w:pageBreakBefore w:val="0"/>
        <w:spacing w:after="440" w:before="80"/>
      </w:pPr>
      <w:r>
        <w:rPr>
          <w:b w:val="0"/>
          <w:i w:val="0"/>
          <w:color w:val="0E1A1E"/>
          <w:sz w:val="20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[Cargo]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[Tu distribuidora]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[Teléfono]</w:t>
      </w:r>
    </w:p>
    <w:p>
      <w:pPr>
        <w:pageBreakBefore w:val="0"/>
        <w:spacing w:after="0" w:before="240"/>
      </w:pPr>
      <w:r>
        <w:rPr>
          <w:b w:val="0"/>
          <w:i w:val="0"/>
          <w:color w:val="637371"/>
          <w:sz w:val="18"/>
        </w:rPr>
        <w:t xml:space="preserve">Adjunto: pedido nº </w:t>
      </w:r>
      <w:r>
        <w:rPr>
          <w:b w:val="0"/>
          <w:i w:val="0"/>
          <w:color w:val="637371"/>
          <w:sz w:val="18"/>
          <w:highlight w:val="yellow"/>
        </w:rPr>
        <w:t>[número]</w:t>
      </w:r>
      <w:r>
        <w:rPr>
          <w:b w:val="0"/>
          <w:i w:val="0"/>
          <w:color w:val="637371"/>
          <w:sz w:val="18"/>
        </w:rPr>
        <w:t>, en PDF.</w:t>
      </w:r>
    </w:p>
    <w:p>
      <w:pPr>
        <w:pageBreakBefore/>
        <w:spacing w:after="200" w:before="0"/>
      </w:pPr>
      <w:r>
        <w:rPr>
          <w:b/>
          <w:i w:val="0"/>
          <w:color w:val="00854A"/>
          <w:sz w:val="17"/>
        </w:rPr>
        <w:t>Modelo 2. Pedido en el texto del email, sin adjunto</w:t>
      </w:r>
      <w:r>
        <w:rPr>
          <w:b w:val="0"/>
          <w:i w:val="0"/>
          <w:color w:val="637371"/>
          <w:sz w:val="17"/>
        </w:rPr>
        <w:t xml:space="preserve"> · Un pedido corto o de reposición, de pocos artículos.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80" w:before="0"/>
      </w:pPr>
      <w:r>
        <w:rPr>
          <w:b w:val="0"/>
          <w:i w:val="0"/>
          <w:color w:val="637371"/>
          <w:sz w:val="20"/>
          <w:highlight w:val="yellow"/>
        </w:rPr>
        <w:t>[Dirección]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[Teléfono]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del proveedor]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</w:rPr>
        <w:t xml:space="preserve">A la atención de </w:t>
      </w: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[Email o dirección del proveedor]</w:t>
      </w:r>
    </w:p>
    <w:p>
      <w:pPr>
        <w:pageBreakBefore w:val="0"/>
        <w:spacing w:after="240" w:before="240"/>
        <w:jc w:val="right"/>
      </w:pPr>
      <w:r>
        <w:rPr>
          <w:b w:val="0"/>
          <w:i w:val="0"/>
          <w:color w:val="0E1A1E"/>
          <w:sz w:val="20"/>
          <w:highlight w:val="yellow"/>
        </w:rPr>
        <w:t>[Ciudad]</w:t>
      </w:r>
      <w:r>
        <w:rPr>
          <w:b w:val="0"/>
          <w:i w:val="0"/>
          <w:color w:val="0E1A1E"/>
          <w:sz w:val="20"/>
        </w:rPr>
        <w:t xml:space="preserve">, </w:t>
      </w:r>
      <w:r>
        <w:rPr>
          <w:b w:val="0"/>
          <w:i w:val="0"/>
          <w:color w:val="0E1A1E"/>
          <w:sz w:val="20"/>
          <w:highlight w:val="yellow"/>
        </w:rPr>
        <w:t>[fecha]</w:t>
      </w:r>
    </w:p>
    <w:p>
      <w:pPr>
        <w:pageBreakBefore w:val="0"/>
        <w:spacing w:after="200" w:before="0"/>
      </w:pPr>
      <w:r>
        <w:rPr>
          <w:b/>
          <w:i w:val="0"/>
          <w:color w:val="0E1A1E"/>
          <w:sz w:val="20"/>
        </w:rPr>
        <w:t xml:space="preserve">Asunto: Pedido nº </w:t>
      </w:r>
      <w:r>
        <w:rPr>
          <w:b/>
          <w:i w:val="0"/>
          <w:color w:val="0E1A1E"/>
          <w:sz w:val="20"/>
          <w:highlight w:val="yellow"/>
        </w:rPr>
        <w:t>[número]</w:t>
      </w:r>
      <w:r>
        <w:rPr>
          <w:b/>
          <w:i w:val="0"/>
          <w:color w:val="0E1A1E"/>
          <w:sz w:val="20"/>
        </w:rPr>
        <w:t xml:space="preserve"> · entrega el </w:t>
      </w:r>
      <w:r>
        <w:rPr>
          <w:b/>
          <w:i w:val="0"/>
          <w:color w:val="0E1A1E"/>
          <w:sz w:val="20"/>
          <w:highlight w:val="yellow"/>
        </w:rPr>
        <w:t>[fecha de entrega]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Estimado/a </w:t>
      </w:r>
      <w:r>
        <w:rPr>
          <w:b w:val="0"/>
          <w:i w:val="0"/>
          <w:color w:val="0E1A1E"/>
          <w:sz w:val="20"/>
          <w:highlight w:val="yellow"/>
        </w:rPr>
        <w:t>[nombre]</w:t>
      </w:r>
      <w:r>
        <w:rPr>
          <w:b w:val="0"/>
          <w:i w:val="0"/>
          <w:color w:val="0E1A1E"/>
          <w:sz w:val="20"/>
        </w:rPr>
        <w:t>: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Le hacemos este pedido, a los precios pactados, sin IVA:</w:t>
      </w:r>
    </w:p>
    <w:p>
      <w:pPr>
        <w:pageBreakBefore w:val="0"/>
        <w:spacing w:after="40" w:before="0"/>
        <w:ind w:left="283"/>
      </w:pPr>
      <w:r>
        <w:rPr>
          <w:b w:val="0"/>
          <w:i w:val="0"/>
          <w:color w:val="0E1A1E"/>
          <w:sz w:val="20"/>
        </w:rPr>
        <w:t xml:space="preserve">•  </w:t>
      </w:r>
      <w:r>
        <w:rPr>
          <w:b w:val="0"/>
          <w:i w:val="0"/>
          <w:color w:val="0E1A1E"/>
          <w:sz w:val="20"/>
          <w:highlight w:val="yellow"/>
        </w:rPr>
        <w:t>[Cantidad]</w:t>
      </w:r>
      <w:r>
        <w:rPr>
          <w:b w:val="0"/>
          <w:i w:val="0"/>
          <w:color w:val="0E1A1E"/>
          <w:sz w:val="20"/>
        </w:rPr>
        <w:t xml:space="preserve"> </w:t>
      </w:r>
      <w:r>
        <w:rPr>
          <w:b w:val="0"/>
          <w:i w:val="0"/>
          <w:color w:val="0E1A1E"/>
          <w:sz w:val="20"/>
          <w:highlight w:val="yellow"/>
        </w:rPr>
        <w:t>[cajas]</w:t>
      </w:r>
      <w:r>
        <w:rPr>
          <w:b w:val="0"/>
          <w:i w:val="0"/>
          <w:color w:val="0E1A1E"/>
          <w:sz w:val="20"/>
        </w:rPr>
        <w:t xml:space="preserve"> de </w:t>
      </w:r>
      <w:r>
        <w:rPr>
          <w:b w:val="0"/>
          <w:i w:val="0"/>
          <w:color w:val="0E1A1E"/>
          <w:sz w:val="20"/>
          <w:highlight w:val="yellow"/>
        </w:rPr>
        <w:t>[artículo y tamaño]</w:t>
      </w:r>
      <w:r>
        <w:rPr>
          <w:b w:val="0"/>
          <w:i w:val="0"/>
          <w:color w:val="0E1A1E"/>
          <w:sz w:val="20"/>
        </w:rPr>
        <w:t xml:space="preserve">, ref. </w:t>
      </w:r>
      <w:r>
        <w:rPr>
          <w:b w:val="0"/>
          <w:i w:val="0"/>
          <w:color w:val="0E1A1E"/>
          <w:sz w:val="20"/>
          <w:highlight w:val="yellow"/>
        </w:rPr>
        <w:t>[referencia del proveedor]</w:t>
      </w:r>
      <w:r>
        <w:rPr>
          <w:b w:val="0"/>
          <w:i w:val="0"/>
          <w:color w:val="0E1A1E"/>
          <w:sz w:val="20"/>
        </w:rPr>
        <w:t xml:space="preserve">, a </w:t>
      </w:r>
      <w:r>
        <w:rPr>
          <w:b w:val="0"/>
          <w:i w:val="0"/>
          <w:color w:val="0E1A1E"/>
          <w:sz w:val="20"/>
          <w:highlight w:val="yellow"/>
        </w:rPr>
        <w:t>[precio]</w:t>
      </w:r>
      <w:r>
        <w:rPr>
          <w:b w:val="0"/>
          <w:i w:val="0"/>
          <w:color w:val="0E1A1E"/>
          <w:sz w:val="20"/>
        </w:rPr>
        <w:t xml:space="preserve"> € </w:t>
      </w:r>
      <w:r>
        <w:rPr>
          <w:b w:val="0"/>
          <w:i w:val="0"/>
          <w:color w:val="0E1A1E"/>
          <w:sz w:val="20"/>
          <w:highlight w:val="yellow"/>
        </w:rPr>
        <w:t>[la caja]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  <w:ind w:left="283"/>
      </w:pPr>
      <w:r>
        <w:rPr>
          <w:b w:val="0"/>
          <w:i w:val="0"/>
          <w:color w:val="0E1A1E"/>
          <w:sz w:val="20"/>
        </w:rPr>
        <w:t xml:space="preserve">•  </w:t>
      </w:r>
      <w:r>
        <w:rPr>
          <w:b w:val="0"/>
          <w:i w:val="0"/>
          <w:color w:val="0E1A1E"/>
          <w:sz w:val="20"/>
          <w:highlight w:val="yellow"/>
        </w:rPr>
        <w:t>[Cantidad]</w:t>
      </w:r>
      <w:r>
        <w:rPr>
          <w:b w:val="0"/>
          <w:i w:val="0"/>
          <w:color w:val="0E1A1E"/>
          <w:sz w:val="20"/>
        </w:rPr>
        <w:t xml:space="preserve"> </w:t>
      </w:r>
      <w:r>
        <w:rPr>
          <w:b w:val="0"/>
          <w:i w:val="0"/>
          <w:color w:val="0E1A1E"/>
          <w:sz w:val="20"/>
          <w:highlight w:val="yellow"/>
        </w:rPr>
        <w:t>[cajas]</w:t>
      </w:r>
      <w:r>
        <w:rPr>
          <w:b w:val="0"/>
          <w:i w:val="0"/>
          <w:color w:val="0E1A1E"/>
          <w:sz w:val="20"/>
        </w:rPr>
        <w:t xml:space="preserve"> de </w:t>
      </w:r>
      <w:r>
        <w:rPr>
          <w:b w:val="0"/>
          <w:i w:val="0"/>
          <w:color w:val="0E1A1E"/>
          <w:sz w:val="20"/>
          <w:highlight w:val="yellow"/>
        </w:rPr>
        <w:t>[artículo y tamaño]</w:t>
      </w:r>
      <w:r>
        <w:rPr>
          <w:b w:val="0"/>
          <w:i w:val="0"/>
          <w:color w:val="0E1A1E"/>
          <w:sz w:val="20"/>
        </w:rPr>
        <w:t xml:space="preserve">, ref. </w:t>
      </w:r>
      <w:r>
        <w:rPr>
          <w:b w:val="0"/>
          <w:i w:val="0"/>
          <w:color w:val="0E1A1E"/>
          <w:sz w:val="20"/>
          <w:highlight w:val="yellow"/>
        </w:rPr>
        <w:t>[referencia del proveedor]</w:t>
      </w:r>
      <w:r>
        <w:rPr>
          <w:b w:val="0"/>
          <w:i w:val="0"/>
          <w:color w:val="0E1A1E"/>
          <w:sz w:val="20"/>
        </w:rPr>
        <w:t xml:space="preserve">, a </w:t>
      </w:r>
      <w:r>
        <w:rPr>
          <w:b w:val="0"/>
          <w:i w:val="0"/>
          <w:color w:val="0E1A1E"/>
          <w:sz w:val="20"/>
          <w:highlight w:val="yellow"/>
        </w:rPr>
        <w:t>[precio]</w:t>
      </w:r>
      <w:r>
        <w:rPr>
          <w:b w:val="0"/>
          <w:i w:val="0"/>
          <w:color w:val="0E1A1E"/>
          <w:sz w:val="20"/>
        </w:rPr>
        <w:t xml:space="preserve"> € </w:t>
      </w:r>
      <w:r>
        <w:rPr>
          <w:b w:val="0"/>
          <w:i w:val="0"/>
          <w:color w:val="0E1A1E"/>
          <w:sz w:val="20"/>
          <w:highlight w:val="yellow"/>
        </w:rPr>
        <w:t>[la caja]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Entrega: el </w:t>
      </w:r>
      <w:r>
        <w:rPr>
          <w:b w:val="0"/>
          <w:i w:val="0"/>
          <w:color w:val="0E1A1E"/>
          <w:sz w:val="20"/>
          <w:highlight w:val="yellow"/>
        </w:rPr>
        <w:t>[fecha de entrega]</w:t>
      </w:r>
      <w:r>
        <w:rPr>
          <w:b w:val="0"/>
          <w:i w:val="0"/>
          <w:color w:val="0E1A1E"/>
          <w:sz w:val="20"/>
        </w:rPr>
        <w:t xml:space="preserve">, de </w:t>
      </w:r>
      <w:r>
        <w:rPr>
          <w:b w:val="0"/>
          <w:i w:val="0"/>
          <w:color w:val="0E1A1E"/>
          <w:sz w:val="20"/>
          <w:highlight w:val="yellow"/>
        </w:rPr>
        <w:t>[hora]</w:t>
      </w:r>
      <w:r>
        <w:rPr>
          <w:b w:val="0"/>
          <w:i w:val="0"/>
          <w:color w:val="0E1A1E"/>
          <w:sz w:val="20"/>
        </w:rPr>
        <w:t xml:space="preserve"> a </w:t>
      </w:r>
      <w:r>
        <w:rPr>
          <w:b w:val="0"/>
          <w:i w:val="0"/>
          <w:color w:val="0E1A1E"/>
          <w:sz w:val="20"/>
          <w:highlight w:val="yellow"/>
        </w:rPr>
        <w:t>[hora]</w:t>
      </w:r>
      <w:r>
        <w:rPr>
          <w:b w:val="0"/>
          <w:i w:val="0"/>
          <w:color w:val="0E1A1E"/>
          <w:sz w:val="20"/>
        </w:rPr>
        <w:t xml:space="preserve">, en </w:t>
      </w:r>
      <w:r>
        <w:rPr>
          <w:b w:val="0"/>
          <w:i w:val="0"/>
          <w:color w:val="0E1A1E"/>
          <w:sz w:val="20"/>
          <w:highlight w:val="yellow"/>
        </w:rPr>
        <w:t>[lugar de entrega]</w:t>
      </w:r>
      <w:r>
        <w:rPr>
          <w:b w:val="0"/>
          <w:i w:val="0"/>
          <w:color w:val="0E1A1E"/>
          <w:sz w:val="20"/>
        </w:rPr>
        <w:t xml:space="preserve">. Recibe </w:t>
      </w:r>
      <w:r>
        <w:rPr>
          <w:b w:val="0"/>
          <w:i w:val="0"/>
          <w:color w:val="0E1A1E"/>
          <w:sz w:val="20"/>
          <w:highlight w:val="yellow"/>
        </w:rPr>
        <w:t>[nombre]</w:t>
      </w:r>
      <w:r>
        <w:rPr>
          <w:b w:val="0"/>
          <w:i w:val="0"/>
          <w:color w:val="0E1A1E"/>
          <w:sz w:val="20"/>
        </w:rPr>
        <w:t xml:space="preserve">, </w:t>
      </w:r>
      <w:r>
        <w:rPr>
          <w:b w:val="0"/>
          <w:i w:val="0"/>
          <w:color w:val="0E1A1E"/>
          <w:sz w:val="20"/>
          <w:highlight w:val="yellow"/>
        </w:rPr>
        <w:t>[teléfono]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Por favor, confírmenos el pedido por escrito antes del </w:t>
      </w:r>
      <w:r>
        <w:rPr>
          <w:b w:val="0"/>
          <w:i w:val="0"/>
          <w:color w:val="0E1A1E"/>
          <w:sz w:val="20"/>
          <w:highlight w:val="yellow"/>
        </w:rPr>
        <w:t>[fecha]</w:t>
      </w:r>
      <w:r>
        <w:rPr>
          <w:b w:val="0"/>
          <w:i w:val="0"/>
          <w:color w:val="0E1A1E"/>
          <w:sz w:val="20"/>
        </w:rPr>
        <w:t>, con la fecha de entrega. Si falta algún artículo o cambia algún precio, díganoslo antes de servirlo.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Muchas gracias.</w:t>
      </w:r>
    </w:p>
    <w:p>
      <w:pPr>
        <w:pageBreakBefore w:val="0"/>
        <w:spacing w:after="440" w:before="80"/>
      </w:pPr>
      <w:r>
        <w:rPr>
          <w:b w:val="0"/>
          <w:i w:val="0"/>
          <w:color w:val="0E1A1E"/>
          <w:sz w:val="20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[Cargo]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[Tu distribuidora]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[Teléfono]</w:t>
      </w:r>
    </w:p>
    <w:p>
      <w:pPr>
        <w:pageBreakBefore/>
        <w:spacing w:after="200" w:before="0"/>
      </w:pPr>
      <w:r>
        <w:rPr>
          <w:b/>
          <w:i w:val="0"/>
          <w:color w:val="00854A"/>
          <w:sz w:val="17"/>
        </w:rPr>
        <w:t>Modelo 3. Primer pedido a un proveedor nuevo</w:t>
      </w:r>
      <w:r>
        <w:rPr>
          <w:b w:val="0"/>
          <w:i w:val="0"/>
          <w:color w:val="637371"/>
          <w:sz w:val="17"/>
        </w:rPr>
        <w:t xml:space="preserve"> · Empiezas a comprar a un proveedor y quieres dejar claras las condiciones desde el principio.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80" w:before="0"/>
      </w:pPr>
      <w:r>
        <w:rPr>
          <w:b w:val="0"/>
          <w:i w:val="0"/>
          <w:color w:val="637371"/>
          <w:sz w:val="20"/>
          <w:highlight w:val="yellow"/>
        </w:rPr>
        <w:t>[Dirección]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[Teléfono]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del proveedor]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</w:rPr>
        <w:t xml:space="preserve">A la atención de </w:t>
      </w: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[Email o dirección del proveedor]</w:t>
      </w:r>
    </w:p>
    <w:p>
      <w:pPr>
        <w:pageBreakBefore w:val="0"/>
        <w:spacing w:after="240" w:before="240"/>
        <w:jc w:val="right"/>
      </w:pPr>
      <w:r>
        <w:rPr>
          <w:b w:val="0"/>
          <w:i w:val="0"/>
          <w:color w:val="0E1A1E"/>
          <w:sz w:val="20"/>
          <w:highlight w:val="yellow"/>
        </w:rPr>
        <w:t>[Ciudad]</w:t>
      </w:r>
      <w:r>
        <w:rPr>
          <w:b w:val="0"/>
          <w:i w:val="0"/>
          <w:color w:val="0E1A1E"/>
          <w:sz w:val="20"/>
        </w:rPr>
        <w:t xml:space="preserve">, </w:t>
      </w:r>
      <w:r>
        <w:rPr>
          <w:b w:val="0"/>
          <w:i w:val="0"/>
          <w:color w:val="0E1A1E"/>
          <w:sz w:val="20"/>
          <w:highlight w:val="yellow"/>
        </w:rPr>
        <w:t>[fecha]</w:t>
      </w:r>
    </w:p>
    <w:p>
      <w:pPr>
        <w:pageBreakBefore w:val="0"/>
        <w:spacing w:after="200" w:before="0"/>
      </w:pPr>
      <w:r>
        <w:rPr>
          <w:b/>
          <w:i w:val="0"/>
          <w:color w:val="0E1A1E"/>
          <w:sz w:val="20"/>
        </w:rPr>
        <w:t xml:space="preserve">Asunto: Primer pedido de </w:t>
      </w:r>
      <w:r>
        <w:rPr>
          <w:b/>
          <w:i w:val="0"/>
          <w:color w:val="0E1A1E"/>
          <w:sz w:val="20"/>
          <w:highlight w:val="yellow"/>
        </w:rPr>
        <w:t>[tu distribuidora]</w:t>
      </w:r>
      <w:r>
        <w:rPr>
          <w:b/>
          <w:i w:val="0"/>
          <w:color w:val="0E1A1E"/>
          <w:sz w:val="20"/>
        </w:rPr>
        <w:t xml:space="preserve"> · nº </w:t>
      </w:r>
      <w:r>
        <w:rPr>
          <w:b/>
          <w:i w:val="0"/>
          <w:color w:val="0E1A1E"/>
          <w:sz w:val="20"/>
          <w:highlight w:val="yellow"/>
        </w:rPr>
        <w:t>[número]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Estimado/a </w:t>
      </w:r>
      <w:r>
        <w:rPr>
          <w:b w:val="0"/>
          <w:i w:val="0"/>
          <w:color w:val="0E1A1E"/>
          <w:sz w:val="20"/>
          <w:highlight w:val="yellow"/>
        </w:rPr>
        <w:t>[nombre]</w:t>
      </w:r>
      <w:r>
        <w:rPr>
          <w:b w:val="0"/>
          <w:i w:val="0"/>
          <w:color w:val="0E1A1E"/>
          <w:sz w:val="20"/>
        </w:rPr>
        <w:t>: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Gracias por su oferta del </w:t>
      </w:r>
      <w:r>
        <w:rPr>
          <w:b w:val="0"/>
          <w:i w:val="0"/>
          <w:color w:val="0E1A1E"/>
          <w:sz w:val="20"/>
          <w:highlight w:val="yellow"/>
        </w:rPr>
        <w:t>[fecha de la oferta]</w:t>
      </w:r>
      <w:r>
        <w:rPr>
          <w:b w:val="0"/>
          <w:i w:val="0"/>
          <w:color w:val="0E1A1E"/>
          <w:sz w:val="20"/>
        </w:rPr>
        <w:t xml:space="preserve">. Como acordamos, le enviamos nuestro primer pedido, el nº </w:t>
      </w:r>
      <w:r>
        <w:rPr>
          <w:b w:val="0"/>
          <w:i w:val="0"/>
          <w:color w:val="0E1A1E"/>
          <w:sz w:val="20"/>
          <w:highlight w:val="yellow"/>
        </w:rPr>
        <w:t>[número]</w:t>
      </w:r>
      <w:r>
        <w:rPr>
          <w:b w:val="0"/>
          <w:i w:val="0"/>
          <w:color w:val="0E1A1E"/>
          <w:sz w:val="20"/>
        </w:rPr>
        <w:t>. Va adjunto.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Antes de servirlo, por favor confírmenos por escrito estas condiciones:</w:t>
      </w:r>
    </w:p>
    <w:p>
      <w:pPr>
        <w:pageBreakBefore w:val="0"/>
        <w:spacing w:after="40" w:before="0"/>
        <w:ind w:left="283"/>
      </w:pPr>
      <w:r>
        <w:rPr>
          <w:b w:val="0"/>
          <w:i w:val="0"/>
          <w:color w:val="0E1A1E"/>
          <w:sz w:val="20"/>
        </w:rPr>
        <w:t xml:space="preserve">•  </w:t>
      </w:r>
      <w:r>
        <w:rPr>
          <w:b w:val="0"/>
          <w:i w:val="0"/>
          <w:color w:val="0E1A1E"/>
          <w:sz w:val="20"/>
        </w:rPr>
        <w:t>Los precios del pedido, sin IVA, y los descuentos.</w:t>
      </w:r>
    </w:p>
    <w:p>
      <w:pPr>
        <w:pageBreakBefore w:val="0"/>
        <w:spacing w:after="40" w:before="0"/>
        <w:ind w:left="283"/>
      </w:pPr>
      <w:r>
        <w:rPr>
          <w:b w:val="0"/>
          <w:i w:val="0"/>
          <w:color w:val="0E1A1E"/>
          <w:sz w:val="20"/>
        </w:rPr>
        <w:t xml:space="preserve">•  </w:t>
      </w:r>
      <w:r>
        <w:rPr>
          <w:b w:val="0"/>
          <w:i w:val="0"/>
          <w:color w:val="0E1A1E"/>
          <w:sz w:val="20"/>
        </w:rPr>
        <w:t xml:space="preserve">La forma y el plazo de pago: </w:t>
      </w:r>
      <w:r>
        <w:rPr>
          <w:b w:val="0"/>
          <w:i w:val="0"/>
          <w:color w:val="0E1A1E"/>
          <w:sz w:val="20"/>
          <w:highlight w:val="yellow"/>
        </w:rPr>
        <w:t>[transferencia a 30 días desde la recepción]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40" w:before="0"/>
        <w:ind w:left="283"/>
      </w:pPr>
      <w:r>
        <w:rPr>
          <w:b w:val="0"/>
          <w:i w:val="0"/>
          <w:color w:val="0E1A1E"/>
          <w:sz w:val="20"/>
        </w:rPr>
        <w:t xml:space="preserve">•  </w:t>
      </w:r>
      <w:r>
        <w:rPr>
          <w:b w:val="0"/>
          <w:i w:val="0"/>
          <w:color w:val="0E1A1E"/>
          <w:sz w:val="20"/>
        </w:rPr>
        <w:t xml:space="preserve">Los portes: </w:t>
      </w:r>
      <w:r>
        <w:rPr>
          <w:b w:val="0"/>
          <w:i w:val="0"/>
          <w:color w:val="0E1A1E"/>
          <w:sz w:val="20"/>
          <w:highlight w:val="yellow"/>
        </w:rPr>
        <w:t>[pagados por su empresa]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  <w:ind w:left="283"/>
      </w:pPr>
      <w:r>
        <w:rPr>
          <w:b w:val="0"/>
          <w:i w:val="0"/>
          <w:color w:val="0E1A1E"/>
          <w:sz w:val="20"/>
        </w:rPr>
        <w:t xml:space="preserve">•  </w:t>
      </w:r>
      <w:r>
        <w:rPr>
          <w:b w:val="0"/>
          <w:i w:val="0"/>
          <w:color w:val="0E1A1E"/>
          <w:sz w:val="20"/>
        </w:rPr>
        <w:t xml:space="preserve">El plazo de entrega y el horario de descarga: </w:t>
      </w:r>
      <w:r>
        <w:rPr>
          <w:b w:val="0"/>
          <w:i w:val="0"/>
          <w:color w:val="0E1A1E"/>
          <w:sz w:val="20"/>
          <w:highlight w:val="yellow"/>
        </w:rPr>
        <w:t>[de lunes a viernes, de 7:00 a 10:00]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compras alimentos o bebidas y hace falta contrato) </w:t>
      </w:r>
      <w:r>
        <w:rPr>
          <w:b w:val="0"/>
          <w:i w:val="0"/>
          <w:color w:val="0E1A1E"/>
          <w:sz w:val="20"/>
        </w:rPr>
        <w:t>Antes de la primera entrega, firmemos el contrato alimentario. Lo pide la Ley 12/2013.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Nuestros datos de facturación: </w:t>
      </w:r>
      <w:r>
        <w:rPr>
          <w:b w:val="0"/>
          <w:i w:val="0"/>
          <w:color w:val="0E1A1E"/>
          <w:sz w:val="20"/>
          <w:highlight w:val="yellow"/>
        </w:rPr>
        <w:t>[razón social]</w:t>
      </w:r>
      <w:r>
        <w:rPr>
          <w:b w:val="0"/>
          <w:i w:val="0"/>
          <w:color w:val="0E1A1E"/>
          <w:sz w:val="20"/>
        </w:rPr>
        <w:t xml:space="preserve">, NIF </w:t>
      </w:r>
      <w:r>
        <w:rPr>
          <w:b w:val="0"/>
          <w:i w:val="0"/>
          <w:color w:val="0E1A1E"/>
          <w:sz w:val="20"/>
          <w:highlight w:val="yellow"/>
        </w:rPr>
        <w:t>[NIF]</w:t>
      </w:r>
      <w:r>
        <w:rPr>
          <w:b w:val="0"/>
          <w:i w:val="0"/>
          <w:color w:val="0E1A1E"/>
          <w:sz w:val="20"/>
        </w:rPr>
        <w:t xml:space="preserve">, </w:t>
      </w:r>
      <w:r>
        <w:rPr>
          <w:b w:val="0"/>
          <w:i w:val="0"/>
          <w:color w:val="0E1A1E"/>
          <w:sz w:val="20"/>
          <w:highlight w:val="yellow"/>
        </w:rPr>
        <w:t>[dirección fiscal]</w:t>
      </w:r>
      <w:r>
        <w:rPr>
          <w:b w:val="0"/>
          <w:i w:val="0"/>
          <w:color w:val="0E1A1E"/>
          <w:sz w:val="20"/>
        </w:rPr>
        <w:t xml:space="preserve">. Mande las facturas a </w:t>
      </w:r>
      <w:r>
        <w:rPr>
          <w:b w:val="0"/>
          <w:i w:val="0"/>
          <w:color w:val="0E1A1E"/>
          <w:sz w:val="20"/>
          <w:highlight w:val="yellow"/>
        </w:rPr>
        <w:t>[email de facturas]</w:t>
      </w:r>
      <w:r>
        <w:rPr>
          <w:b w:val="0"/>
          <w:i w:val="0"/>
          <w:color w:val="0E1A1E"/>
          <w:sz w:val="20"/>
        </w:rPr>
        <w:t>, con nuestro nº de pedido.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Quedamos a la espera de su confirmación. Muchas gracias.</w:t>
      </w:r>
    </w:p>
    <w:p>
      <w:pPr>
        <w:pageBreakBefore w:val="0"/>
        <w:spacing w:after="440" w:before="80"/>
      </w:pPr>
      <w:r>
        <w:rPr>
          <w:b w:val="0"/>
          <w:i w:val="0"/>
          <w:color w:val="0E1A1E"/>
          <w:sz w:val="20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[Cargo]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[Tu distribuidora]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[Teléfono]</w:t>
      </w:r>
    </w:p>
    <w:p>
      <w:pPr>
        <w:pageBreakBefore w:val="0"/>
        <w:spacing w:after="0" w:before="240"/>
      </w:pPr>
      <w:r>
        <w:rPr>
          <w:b w:val="0"/>
          <w:i w:val="0"/>
          <w:color w:val="637371"/>
          <w:sz w:val="18"/>
        </w:rPr>
        <w:t xml:space="preserve">Adjunto: pedido nº </w:t>
      </w:r>
      <w:r>
        <w:rPr>
          <w:b w:val="0"/>
          <w:i w:val="0"/>
          <w:color w:val="637371"/>
          <w:sz w:val="18"/>
          <w:highlight w:val="yellow"/>
        </w:rPr>
        <w:t>[número]</w:t>
      </w:r>
      <w:r>
        <w:rPr>
          <w:b w:val="0"/>
          <w:i w:val="0"/>
          <w:color w:val="637371"/>
          <w:sz w:val="18"/>
        </w:rPr>
        <w:t>, en PDF.</w:t>
      </w:r>
    </w:p>
    <w:p>
      <w:pPr>
        <w:pageBreakBefore/>
        <w:spacing w:after="200" w:before="0"/>
      </w:pPr>
      <w:r>
        <w:rPr>
          <w:b/>
          <w:i w:val="0"/>
          <w:color w:val="00854A"/>
          <w:sz w:val="17"/>
        </w:rPr>
        <w:t>Modelo 4. Cambio o anulación de un pedido</w:t>
      </w:r>
      <w:r>
        <w:rPr>
          <w:b w:val="0"/>
          <w:i w:val="0"/>
          <w:color w:val="637371"/>
          <w:sz w:val="17"/>
        </w:rPr>
        <w:t xml:space="preserve"> · Ya has mandado el pedido y tienes que cambiar algo o anularlo. Ojo: en alimentos perecederos, anular un pedido en los 30 días antes de la entrega es una infracción (Ley 12/2013, arts. 14 bis.1.b y 23). (Borra esta línea).</w:t>
      </w:r>
    </w:p>
    <w:p>
      <w:pPr>
        <w:pageBreakBefore w:val="0"/>
        <w:spacing w:after="0" w:before="0"/>
      </w:pPr>
      <w:r>
        <w:rPr>
          <w:b/>
          <w:i w:val="0"/>
          <w:color w:val="0E1A1E"/>
          <w:sz w:val="23"/>
          <w:highlight w:val="yellow"/>
        </w:rPr>
        <w:t>[Tu distribuidora, S.L.]</w:t>
      </w:r>
      <w:r>
        <w:rPr>
          <w:b/>
          <w:i w:val="0"/>
          <w:color w:val="0E1A1E"/>
          <w:sz w:val="23"/>
        </w:rPr>
        <w:t xml:space="preserve"> · NIF </w:t>
      </w:r>
      <w:r>
        <w:rPr>
          <w:b/>
          <w:i w:val="0"/>
          <w:color w:val="0E1A1E"/>
          <w:sz w:val="23"/>
          <w:highlight w:val="yellow"/>
        </w:rPr>
        <w:t>[NIF]</w:t>
      </w:r>
    </w:p>
    <w:p>
      <w:pPr>
        <w:pageBreakBefore w:val="0"/>
        <w:spacing w:after="280" w:before="0"/>
      </w:pPr>
      <w:r>
        <w:rPr>
          <w:b w:val="0"/>
          <w:i w:val="0"/>
          <w:color w:val="637371"/>
          <w:sz w:val="20"/>
          <w:highlight w:val="yellow"/>
        </w:rPr>
        <w:t>[Dirección]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[Teléfono]</w:t>
      </w:r>
      <w:r>
        <w:rPr>
          <w:b w:val="0"/>
          <w:i w:val="0"/>
          <w:color w:val="637371"/>
          <w:sz w:val="20"/>
        </w:rPr>
        <w:t xml:space="preserve"> · </w:t>
      </w:r>
      <w:r>
        <w:rPr>
          <w:b w:val="0"/>
          <w:i w:val="0"/>
          <w:color w:val="637371"/>
          <w:sz w:val="20"/>
          <w:highlight w:val="yellow"/>
        </w:rPr>
        <w:t>[Email]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del proveedor]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</w:rPr>
        <w:t xml:space="preserve">A la atención de </w:t>
      </w: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[Email o dirección del proveedor]</w:t>
      </w:r>
    </w:p>
    <w:p>
      <w:pPr>
        <w:pageBreakBefore w:val="0"/>
        <w:spacing w:after="240" w:before="240"/>
        <w:jc w:val="right"/>
      </w:pPr>
      <w:r>
        <w:rPr>
          <w:b w:val="0"/>
          <w:i w:val="0"/>
          <w:color w:val="0E1A1E"/>
          <w:sz w:val="20"/>
          <w:highlight w:val="yellow"/>
        </w:rPr>
        <w:t>[Ciudad]</w:t>
      </w:r>
      <w:r>
        <w:rPr>
          <w:b w:val="0"/>
          <w:i w:val="0"/>
          <w:color w:val="0E1A1E"/>
          <w:sz w:val="20"/>
        </w:rPr>
        <w:t xml:space="preserve">, </w:t>
      </w:r>
      <w:r>
        <w:rPr>
          <w:b w:val="0"/>
          <w:i w:val="0"/>
          <w:color w:val="0E1A1E"/>
          <w:sz w:val="20"/>
          <w:highlight w:val="yellow"/>
        </w:rPr>
        <w:t>[fecha]</w:t>
      </w:r>
    </w:p>
    <w:p>
      <w:pPr>
        <w:pageBreakBefore w:val="0"/>
        <w:spacing w:after="60" w:before="0"/>
      </w:pPr>
      <w:r>
        <w:rPr>
          <w:b/>
          <w:i w:val="0"/>
          <w:color w:val="0E1A1E"/>
          <w:sz w:val="20"/>
        </w:rPr>
        <w:t xml:space="preserve">Asunto: Cambio en el pedido nº </w:t>
      </w:r>
      <w:r>
        <w:rPr>
          <w:b/>
          <w:i w:val="0"/>
          <w:color w:val="0E1A1E"/>
          <w:sz w:val="20"/>
          <w:highlight w:val="yellow"/>
        </w:rPr>
        <w:t>[número]</w:t>
      </w:r>
    </w:p>
    <w:p>
      <w:pPr>
        <w:pageBreakBefore w:val="0"/>
        <w:spacing w:after="200" w:before="0"/>
      </w:pPr>
      <w:r>
        <w:rPr>
          <w:b w:val="0"/>
          <w:i/>
          <w:color w:val="637371"/>
          <w:sz w:val="17"/>
        </w:rPr>
        <w:t xml:space="preserve">(Si lo anulas, en lugar del asunto anterior) </w:t>
      </w:r>
      <w:r>
        <w:rPr>
          <w:b/>
          <w:i w:val="0"/>
          <w:color w:val="0E1A1E"/>
          <w:sz w:val="20"/>
        </w:rPr>
        <w:t xml:space="preserve">Asunto: Anulación del pedido nº </w:t>
      </w:r>
      <w:r>
        <w:rPr>
          <w:b/>
          <w:i w:val="0"/>
          <w:color w:val="0E1A1E"/>
          <w:sz w:val="20"/>
          <w:highlight w:val="yellow"/>
        </w:rPr>
        <w:t>[número]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Estimado/a </w:t>
      </w:r>
      <w:r>
        <w:rPr>
          <w:b w:val="0"/>
          <w:i w:val="0"/>
          <w:color w:val="0E1A1E"/>
          <w:sz w:val="20"/>
          <w:highlight w:val="yellow"/>
        </w:rPr>
        <w:t>[nombre]</w:t>
      </w:r>
      <w:r>
        <w:rPr>
          <w:b w:val="0"/>
          <w:i w:val="0"/>
          <w:color w:val="0E1A1E"/>
          <w:sz w:val="20"/>
        </w:rPr>
        <w:t>: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 xml:space="preserve">Le escribimos por nuestro pedido nº </w:t>
      </w:r>
      <w:r>
        <w:rPr>
          <w:b w:val="0"/>
          <w:i w:val="0"/>
          <w:color w:val="0E1A1E"/>
          <w:sz w:val="20"/>
          <w:highlight w:val="yellow"/>
        </w:rPr>
        <w:t>[número]</w:t>
      </w:r>
      <w:r>
        <w:rPr>
          <w:b w:val="0"/>
          <w:i w:val="0"/>
          <w:color w:val="0E1A1E"/>
          <w:sz w:val="20"/>
        </w:rPr>
        <w:t xml:space="preserve">, del </w:t>
      </w:r>
      <w:r>
        <w:rPr>
          <w:b w:val="0"/>
          <w:i w:val="0"/>
          <w:color w:val="0E1A1E"/>
          <w:sz w:val="20"/>
          <w:highlight w:val="yellow"/>
        </w:rPr>
        <w:t>[fecha del pedido]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cambias un artículo) </w:t>
      </w:r>
      <w:r>
        <w:rPr>
          <w:b w:val="0"/>
          <w:i w:val="0"/>
          <w:color w:val="0E1A1E"/>
          <w:sz w:val="20"/>
        </w:rPr>
        <w:t xml:space="preserve">Necesitamos este cambio: </w:t>
      </w:r>
      <w:r>
        <w:rPr>
          <w:b w:val="0"/>
          <w:i w:val="0"/>
          <w:color w:val="0E1A1E"/>
          <w:sz w:val="20"/>
          <w:highlight w:val="yellow"/>
        </w:rPr>
        <w:t>[artículo]</w:t>
      </w:r>
      <w:r>
        <w:rPr>
          <w:b w:val="0"/>
          <w:i w:val="0"/>
          <w:color w:val="0E1A1E"/>
          <w:sz w:val="20"/>
        </w:rPr>
        <w:t xml:space="preserve">, ref. </w:t>
      </w:r>
      <w:r>
        <w:rPr>
          <w:b w:val="0"/>
          <w:i w:val="0"/>
          <w:color w:val="0E1A1E"/>
          <w:sz w:val="20"/>
          <w:highlight w:val="yellow"/>
        </w:rPr>
        <w:t>[referencia]</w:t>
      </w:r>
      <w:r>
        <w:rPr>
          <w:b w:val="0"/>
          <w:i w:val="0"/>
          <w:color w:val="0E1A1E"/>
          <w:sz w:val="20"/>
        </w:rPr>
        <w:t xml:space="preserve">, pasa de </w:t>
      </w:r>
      <w:r>
        <w:rPr>
          <w:b w:val="0"/>
          <w:i w:val="0"/>
          <w:color w:val="0E1A1E"/>
          <w:sz w:val="20"/>
          <w:highlight w:val="yellow"/>
        </w:rPr>
        <w:t>[cantidad]</w:t>
      </w:r>
      <w:r>
        <w:rPr>
          <w:b w:val="0"/>
          <w:i w:val="0"/>
          <w:color w:val="0E1A1E"/>
          <w:sz w:val="20"/>
        </w:rPr>
        <w:t xml:space="preserve"> a </w:t>
      </w:r>
      <w:r>
        <w:rPr>
          <w:b w:val="0"/>
          <w:i w:val="0"/>
          <w:color w:val="0E1A1E"/>
          <w:sz w:val="20"/>
          <w:highlight w:val="yellow"/>
        </w:rPr>
        <w:t>[cantidad]</w:t>
      </w:r>
      <w:r>
        <w:rPr>
          <w:b w:val="0"/>
          <w:i w:val="0"/>
          <w:color w:val="0E1A1E"/>
          <w:sz w:val="20"/>
        </w:rPr>
        <w:t xml:space="preserve"> </w:t>
      </w:r>
      <w:r>
        <w:rPr>
          <w:b w:val="0"/>
          <w:i w:val="0"/>
          <w:color w:val="0E1A1E"/>
          <w:sz w:val="20"/>
          <w:highlight w:val="yellow"/>
        </w:rPr>
        <w:t>[cajas]</w:t>
      </w:r>
      <w:r>
        <w:rPr>
          <w:b w:val="0"/>
          <w:i w:val="0"/>
          <w:color w:val="0E1A1E"/>
          <w:sz w:val="20"/>
        </w:rPr>
        <w:t>. El resto del pedido no cambia.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cambias la fecha) </w:t>
      </w:r>
      <w:r>
        <w:rPr>
          <w:b w:val="0"/>
          <w:i w:val="0"/>
          <w:color w:val="0E1A1E"/>
          <w:sz w:val="20"/>
        </w:rPr>
        <w:t xml:space="preserve">La entrega pasa al </w:t>
      </w:r>
      <w:r>
        <w:rPr>
          <w:b w:val="0"/>
          <w:i w:val="0"/>
          <w:color w:val="0E1A1E"/>
          <w:sz w:val="20"/>
          <w:highlight w:val="yellow"/>
        </w:rPr>
        <w:t>[fecha]</w:t>
      </w:r>
      <w:r>
        <w:rPr>
          <w:b w:val="0"/>
          <w:i w:val="0"/>
          <w:color w:val="0E1A1E"/>
          <w:sz w:val="20"/>
        </w:rPr>
        <w:t xml:space="preserve">, de </w:t>
      </w:r>
      <w:r>
        <w:rPr>
          <w:b w:val="0"/>
          <w:i w:val="0"/>
          <w:color w:val="0E1A1E"/>
          <w:sz w:val="20"/>
          <w:highlight w:val="yellow"/>
        </w:rPr>
        <w:t>[hora]</w:t>
      </w:r>
      <w:r>
        <w:rPr>
          <w:b w:val="0"/>
          <w:i w:val="0"/>
          <w:color w:val="0E1A1E"/>
          <w:sz w:val="20"/>
        </w:rPr>
        <w:t xml:space="preserve"> a </w:t>
      </w:r>
      <w:r>
        <w:rPr>
          <w:b w:val="0"/>
          <w:i w:val="0"/>
          <w:color w:val="0E1A1E"/>
          <w:sz w:val="20"/>
          <w:highlight w:val="yellow"/>
        </w:rPr>
        <w:t>[hora]</w:t>
      </w:r>
      <w:r>
        <w:rPr>
          <w:b w:val="0"/>
          <w:i w:val="0"/>
          <w:color w:val="0E1A1E"/>
          <w:sz w:val="20"/>
        </w:rPr>
        <w:t>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lo anulas) </w:t>
      </w:r>
      <w:r>
        <w:rPr>
          <w:b w:val="0"/>
          <w:i w:val="0"/>
          <w:color w:val="0E1A1E"/>
          <w:sz w:val="20"/>
        </w:rPr>
        <w:t>Le pedimos que lo anule: por favor, no lo prepare ni lo envíe.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Por favor, confírmenos por escrito que lo ha recibido y que puede hacerlo.</w:t>
      </w:r>
    </w:p>
    <w:p>
      <w:pPr>
        <w:pageBreakBefore w:val="0"/>
        <w:spacing w:after="140" w:before="0"/>
      </w:pPr>
      <w:r>
        <w:rPr>
          <w:b w:val="0"/>
          <w:i/>
          <w:color w:val="637371"/>
          <w:sz w:val="17"/>
        </w:rPr>
        <w:t xml:space="preserve">(Si el proveedor ya te había confirmado el pedido) </w:t>
      </w:r>
      <w:r>
        <w:rPr>
          <w:b w:val="0"/>
          <w:i w:val="0"/>
          <w:color w:val="0E1A1E"/>
          <w:sz w:val="20"/>
        </w:rPr>
        <w:t>Sabemos que ya nos lo había confirmado. Si el cambio le supone algún coste, díganoslo antes de aplicarlo.</w:t>
      </w:r>
    </w:p>
    <w:p>
      <w:pPr>
        <w:pageBreakBefore w:val="0"/>
        <w:spacing w:after="140" w:before="0"/>
      </w:pPr>
      <w:r>
        <w:rPr>
          <w:b w:val="0"/>
          <w:i w:val="0"/>
          <w:color w:val="0E1A1E"/>
          <w:sz w:val="20"/>
        </w:rPr>
        <w:t>Disculpe las molestias, y muchas gracias.</w:t>
      </w:r>
    </w:p>
    <w:p>
      <w:pPr>
        <w:pageBreakBefore w:val="0"/>
        <w:spacing w:after="440" w:before="80"/>
      </w:pPr>
      <w:r>
        <w:rPr>
          <w:b w:val="0"/>
          <w:i w:val="0"/>
          <w:color w:val="0E1A1E"/>
          <w:sz w:val="20"/>
        </w:rPr>
        <w:t>Atentamente,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[Nombre y apellidos]</w:t>
      </w:r>
    </w:p>
    <w:p>
      <w:pPr>
        <w:pageBreakBefore w:val="0"/>
        <w:spacing w:after="0" w:before="0"/>
      </w:pPr>
      <w:r>
        <w:rPr>
          <w:b w:val="0"/>
          <w:i w:val="0"/>
          <w:color w:val="0E1A1E"/>
          <w:sz w:val="20"/>
          <w:highlight w:val="yellow"/>
        </w:rPr>
        <w:t>[Cargo]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[Tu distribuidora]</w:t>
      </w:r>
      <w:r>
        <w:rPr>
          <w:b w:val="0"/>
          <w:i w:val="0"/>
          <w:color w:val="0E1A1E"/>
          <w:sz w:val="20"/>
        </w:rPr>
        <w:t xml:space="preserve"> · </w:t>
      </w:r>
      <w:r>
        <w:rPr>
          <w:b w:val="0"/>
          <w:i w:val="0"/>
          <w:color w:val="0E1A1E"/>
          <w:sz w:val="20"/>
          <w:highlight w:val="yellow"/>
        </w:rPr>
        <w:t>[Teléfono]</w:t>
      </w:r>
    </w:p>
    <w:sectPr w:rsidR="00FC693F" w:rsidRPr="0006063C" w:rsidSect="00034616">
      <w:pgSz w:w="11906" w:h="16838"/>
      <w:pgMar w:top="850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carta de pedido a un proveedor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